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68851" w14:textId="77777777" w:rsidR="0007633A" w:rsidRPr="00476585" w:rsidRDefault="00374FD1" w:rsidP="00476585">
      <w:pPr>
        <w:jc w:val="center"/>
        <w:rPr>
          <w:lang w:val="ru-RU"/>
        </w:rPr>
      </w:pPr>
      <w:permStart w:id="1634284716" w:edGrp="everyone"/>
      <w:r w:rsidRPr="00476585">
        <w:rPr>
          <w:b/>
          <w:lang w:val="ru-RU"/>
        </w:rPr>
        <w:t>ДОГОВОР № _____</w:t>
      </w:r>
    </w:p>
    <w:permEnd w:id="1634284716"/>
    <w:p w14:paraId="0CA87B5F" w14:textId="77777777" w:rsidR="0007633A" w:rsidRPr="00476585" w:rsidRDefault="00374FD1" w:rsidP="00476585">
      <w:pPr>
        <w:spacing w:after="40"/>
        <w:jc w:val="center"/>
        <w:rPr>
          <w:lang w:val="ru-RU"/>
        </w:rPr>
      </w:pPr>
      <w:r w:rsidRPr="00476585">
        <w:rPr>
          <w:b/>
          <w:lang w:val="ru-RU"/>
        </w:rPr>
        <w:t>об отчуждении исключительного права на произведение</w:t>
      </w:r>
    </w:p>
    <w:p w14:paraId="70E0620C" w14:textId="77777777" w:rsidR="00C61C6C" w:rsidRDefault="00C61C6C" w:rsidP="00C61C6C">
      <w:pPr>
        <w:spacing w:after="40"/>
        <w:jc w:val="both"/>
        <w:rPr>
          <w:lang w:val="ru-RU"/>
        </w:rPr>
      </w:pPr>
    </w:p>
    <w:p w14:paraId="5859D475" w14:textId="566B63CC" w:rsidR="00C61C6C" w:rsidRDefault="00C61C6C" w:rsidP="00C61C6C">
      <w:pPr>
        <w:spacing w:after="40"/>
        <w:jc w:val="both"/>
        <w:rPr>
          <w:lang w:val="ru-RU"/>
        </w:rPr>
      </w:pPr>
      <w:r>
        <w:rPr>
          <w:lang w:val="ru-RU"/>
        </w:rPr>
        <w:t>город Донецк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permStart w:id="472910692" w:edGrp="everyone"/>
      <w:r>
        <w:rPr>
          <w:lang w:val="ru-RU"/>
        </w:rPr>
        <w:t>«__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_____________202__ г.</w:t>
      </w:r>
      <w:permEnd w:id="472910692"/>
    </w:p>
    <w:p w14:paraId="563EF2AC" w14:textId="77777777" w:rsidR="00C61C6C" w:rsidRDefault="00C61C6C" w:rsidP="00C61C6C">
      <w:pPr>
        <w:spacing w:after="40"/>
        <w:jc w:val="both"/>
        <w:rPr>
          <w:lang w:val="ru-RU"/>
        </w:rPr>
      </w:pPr>
    </w:p>
    <w:p w14:paraId="04658512" w14:textId="0160FB6B" w:rsidR="0007633A" w:rsidRPr="00476585" w:rsidRDefault="00374FD1" w:rsidP="00476585">
      <w:pPr>
        <w:spacing w:after="40"/>
        <w:ind w:firstLine="567"/>
        <w:jc w:val="both"/>
        <w:rPr>
          <w:lang w:val="ru-RU"/>
        </w:rPr>
      </w:pPr>
      <w:r w:rsidRPr="00476585">
        <w:rPr>
          <w:lang w:val="ru-RU"/>
        </w:rPr>
        <w:t>Федеральное государственное бюджетное научное учреждение «Институт проблем искусственного интеллекта», именуемое в дальнейшем «Приобретатель», в</w:t>
      </w:r>
      <w:permStart w:id="326598171" w:edGrp="everyone"/>
      <w:permEnd w:id="326598171"/>
      <w:r w:rsidRPr="00476585">
        <w:rPr>
          <w:lang w:val="ru-RU"/>
        </w:rPr>
        <w:t xml:space="preserve"> лице </w:t>
      </w:r>
      <w:permStart w:id="825897794" w:edGrp="everyone"/>
      <w:r w:rsidR="007543EA">
        <w:rPr>
          <w:lang w:val="ru-RU"/>
        </w:rPr>
        <w:t>исполняющей обязанности директора Ивановой Светланы Борисовны</w:t>
      </w:r>
      <w:permEnd w:id="825897794"/>
      <w:r w:rsidRPr="00476585">
        <w:rPr>
          <w:lang w:val="ru-RU"/>
        </w:rPr>
        <w:t>, действующе</w:t>
      </w:r>
      <w:r w:rsidR="007543EA">
        <w:rPr>
          <w:lang w:val="ru-RU"/>
        </w:rPr>
        <w:t>й</w:t>
      </w:r>
      <w:r w:rsidRPr="00476585">
        <w:rPr>
          <w:lang w:val="ru-RU"/>
        </w:rPr>
        <w:t xml:space="preserve"> на основании </w:t>
      </w:r>
      <w:permStart w:id="2061056009" w:edGrp="everyone"/>
      <w:r w:rsidR="007543EA">
        <w:rPr>
          <w:lang w:val="ru-RU"/>
        </w:rPr>
        <w:t>устава</w:t>
      </w:r>
      <w:permEnd w:id="2061056009"/>
      <w:r w:rsidRPr="00476585">
        <w:rPr>
          <w:lang w:val="ru-RU"/>
        </w:rPr>
        <w:t>, с одной стороны,</w:t>
      </w:r>
      <w:r w:rsidR="007543EA">
        <w:rPr>
          <w:lang w:val="ru-RU"/>
        </w:rPr>
        <w:t xml:space="preserve"> </w:t>
      </w:r>
      <w:r w:rsidRPr="00476585">
        <w:rPr>
          <w:lang w:val="ru-RU"/>
        </w:rPr>
        <w:t>и гражданин</w:t>
      </w:r>
      <w:r w:rsidR="006F7E57">
        <w:rPr>
          <w:lang w:val="ru-RU"/>
        </w:rPr>
        <w:t xml:space="preserve"> </w:t>
      </w:r>
      <w:permStart w:id="1101543705" w:edGrp="everyone"/>
      <w:r w:rsidR="00526A2C">
        <w:rPr>
          <w:lang w:val="ru-RU"/>
        </w:rPr>
        <w:t>_____</w:t>
      </w:r>
      <w:r w:rsidRPr="00476585">
        <w:rPr>
          <w:lang w:val="ru-RU"/>
        </w:rPr>
        <w:t>_____________________________________________________________</w:t>
      </w:r>
      <w:permEnd w:id="1101543705"/>
      <w:r w:rsidRPr="00476585">
        <w:rPr>
          <w:lang w:val="ru-RU"/>
        </w:rPr>
        <w:t>, именуемый в дальнейшем «Автор», являющийся автором Произведения и обладателем исключительного права на него, с другой стороны, совместно именуемые «Стороны», заключили настоящий Договор о нижеследующем.</w:t>
      </w:r>
    </w:p>
    <w:p w14:paraId="45AEBE5C" w14:textId="77777777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1.</w:t>
      </w:r>
      <w:r>
        <w:rPr>
          <w:b/>
        </w:rPr>
        <w:t> </w:t>
      </w:r>
      <w:r w:rsidRPr="00476585">
        <w:rPr>
          <w:b/>
          <w:lang w:val="ru-RU"/>
        </w:rPr>
        <w:t>ПРЕДМЕТ ДОГОВОРА</w:t>
      </w:r>
    </w:p>
    <w:p w14:paraId="5BC99973" w14:textId="24A16546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1.1.</w:t>
      </w:r>
      <w:r>
        <w:t> </w:t>
      </w:r>
      <w:r w:rsidRPr="00476585">
        <w:rPr>
          <w:lang w:val="ru-RU"/>
        </w:rPr>
        <w:t xml:space="preserve">Автор подтверждает, что его творческим трудом создано произведение науки </w:t>
      </w:r>
      <w:r w:rsidR="0059177C">
        <w:rPr>
          <w:lang w:val="ru-RU"/>
        </w:rPr>
        <w:t>–</w:t>
      </w:r>
      <w:r w:rsidRPr="00476585">
        <w:rPr>
          <w:lang w:val="ru-RU"/>
        </w:rPr>
        <w:t xml:space="preserve"> научная статья </w:t>
      </w:r>
      <w:permStart w:id="482229879" w:edGrp="everyone"/>
      <w:r w:rsidRPr="00476585">
        <w:rPr>
          <w:lang w:val="ru-RU"/>
        </w:rPr>
        <w:t>«______</w:t>
      </w:r>
      <w:r w:rsidR="0059177C">
        <w:rPr>
          <w:lang w:val="ru-RU"/>
        </w:rPr>
        <w:t>_____________</w:t>
      </w:r>
      <w:r w:rsidRPr="00476585">
        <w:rPr>
          <w:lang w:val="ru-RU"/>
        </w:rPr>
        <w:t>___________________________________________________________</w:t>
      </w:r>
      <w:r w:rsidR="002A3D8D">
        <w:rPr>
          <w:lang w:val="ru-RU"/>
        </w:rPr>
        <w:t>__</w:t>
      </w:r>
      <w:r w:rsidR="002A3D8D">
        <w:rPr>
          <w:lang w:val="ru-RU"/>
        </w:rPr>
        <w:br/>
        <w:t>__________________________________________________________________________________</w:t>
      </w:r>
      <w:r w:rsidR="0059177C">
        <w:rPr>
          <w:lang w:val="ru-RU"/>
        </w:rPr>
        <w:t>____</w:t>
      </w:r>
      <w:permEnd w:id="482229879"/>
      <w:r w:rsidRPr="00476585">
        <w:rPr>
          <w:lang w:val="ru-RU"/>
        </w:rPr>
        <w:t xml:space="preserve">» (далее </w:t>
      </w:r>
      <w:r w:rsidR="002978F0">
        <w:rPr>
          <w:lang w:val="ru-RU"/>
        </w:rPr>
        <w:t>–</w:t>
      </w:r>
      <w:r w:rsidRPr="00476585">
        <w:rPr>
          <w:lang w:val="ru-RU"/>
        </w:rPr>
        <w:t xml:space="preserve"> Произведение), выраженная в объективной форме </w:t>
      </w:r>
      <w:r w:rsidR="00413C36">
        <w:rPr>
          <w:lang w:val="ru-RU"/>
        </w:rPr>
        <w:t xml:space="preserve">и представленное </w:t>
      </w:r>
      <w:r w:rsidRPr="00476585">
        <w:rPr>
          <w:lang w:val="ru-RU"/>
        </w:rPr>
        <w:t>в виде рукописи.</w:t>
      </w:r>
      <w:r w:rsidR="00747F64">
        <w:rPr>
          <w:lang w:val="ru-RU"/>
        </w:rPr>
        <w:t xml:space="preserve"> </w:t>
      </w:r>
      <w:r w:rsidR="00747F64">
        <w:rPr>
          <w:lang w:val="ru-RU"/>
        </w:rPr>
        <w:br/>
        <w:t>Для целей настоящего Договора текст Произведения определяется редакцией рукописи, переданной Приобретателю в порядке, предусмотренном разделом 2 настоящего Договора.</w:t>
      </w:r>
    </w:p>
    <w:p w14:paraId="6010BC4C" w14:textId="6A99CB76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1.2.</w:t>
      </w:r>
      <w:r>
        <w:t> </w:t>
      </w:r>
      <w:r w:rsidRPr="00476585">
        <w:rPr>
          <w:lang w:val="ru-RU"/>
        </w:rPr>
        <w:t>Автор безвозмездно передает Приобретателю принадлежащее Автору исключительное право на Произведение в полном объеме</w:t>
      </w:r>
      <w:r w:rsidR="00747F64">
        <w:rPr>
          <w:lang w:val="ru-RU"/>
        </w:rPr>
        <w:t xml:space="preserve"> в порядке и с момента, предусмотренных разделом 2 настоящего Договора</w:t>
      </w:r>
      <w:r w:rsidRPr="00476585">
        <w:rPr>
          <w:lang w:val="ru-RU"/>
        </w:rPr>
        <w:t>, а Приобретатель принимает указанное исключительное право.</w:t>
      </w:r>
    </w:p>
    <w:p w14:paraId="7D14A28C" w14:textId="4D161FB2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1.3.</w:t>
      </w:r>
      <w:r>
        <w:t> </w:t>
      </w:r>
      <w:r w:rsidRPr="00476585">
        <w:rPr>
          <w:lang w:val="ru-RU"/>
        </w:rPr>
        <w:t>После перехода исключительного права Приобретатель вправе использовать Произведение в соответствии со статьями 1229 и 1270 Гражданского кодекса Российской Федерации</w:t>
      </w:r>
      <w:r w:rsidR="002978F0">
        <w:rPr>
          <w:lang w:val="ru-RU"/>
        </w:rPr>
        <w:t xml:space="preserve"> (далее – </w:t>
      </w:r>
      <w:r w:rsidR="00A334B7">
        <w:rPr>
          <w:lang w:val="ru-RU"/>
        </w:rPr>
        <w:br/>
      </w:r>
      <w:r w:rsidR="002978F0">
        <w:rPr>
          <w:lang w:val="ru-RU"/>
        </w:rPr>
        <w:t>ГК РФ)</w:t>
      </w:r>
      <w:r w:rsidRPr="00476585">
        <w:rPr>
          <w:lang w:val="ru-RU"/>
        </w:rPr>
        <w:t xml:space="preserve"> в любой форме и любым не противоречащим закону способом,</w:t>
      </w:r>
      <w:r w:rsidR="00A334B7">
        <w:rPr>
          <w:lang w:val="ru-RU"/>
        </w:rPr>
        <w:t xml:space="preserve"> </w:t>
      </w:r>
      <w:r w:rsidRPr="00476585">
        <w:rPr>
          <w:lang w:val="ru-RU"/>
        </w:rPr>
        <w:t xml:space="preserve">в том числе способами, предусмотренными пунктом 2 статьи 1270 </w:t>
      </w:r>
      <w:r w:rsidR="002978F0">
        <w:rPr>
          <w:lang w:val="ru-RU"/>
        </w:rPr>
        <w:t>ГК РФ</w:t>
      </w:r>
      <w:r w:rsidRPr="00476585">
        <w:rPr>
          <w:lang w:val="ru-RU"/>
        </w:rPr>
        <w:t xml:space="preserve">. В частности, Приобретатель вправе воспроизводить и распространять Произведение, доводить его до всеобщего сведения, размещать </w:t>
      </w:r>
      <w:r w:rsidR="00A334B7">
        <w:rPr>
          <w:lang w:val="ru-RU"/>
        </w:rPr>
        <w:br/>
      </w:r>
      <w:r w:rsidRPr="00476585">
        <w:rPr>
          <w:lang w:val="ru-RU"/>
        </w:rPr>
        <w:t xml:space="preserve">в информационно-телекоммуникационной сети «Интернет», электронных библиотеках, репозиториях, базах данных, системах индексирования и архивного хранения, переводить или иным образом перерабатывать Произведение, а также осуществлять иные способы его использования. Перечень способов использования, приведенный в настоящем пункте, не является исчерпывающим </w:t>
      </w:r>
      <w:r w:rsidR="00A334B7">
        <w:rPr>
          <w:lang w:val="ru-RU"/>
        </w:rPr>
        <w:br/>
      </w:r>
      <w:r w:rsidRPr="00476585">
        <w:rPr>
          <w:lang w:val="ru-RU"/>
        </w:rPr>
        <w:t>и не ограничивает объем передаваемого исключительного права.</w:t>
      </w:r>
    </w:p>
    <w:p w14:paraId="1BACC721" w14:textId="1BBF8B2B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1.4.</w:t>
      </w:r>
      <w:r>
        <w:t> </w:t>
      </w:r>
      <w:r w:rsidRPr="00476585">
        <w:rPr>
          <w:lang w:val="ru-RU"/>
        </w:rPr>
        <w:t>Исключительное право передается Приобретателю в полном объеме</w:t>
      </w:r>
      <w:r w:rsidR="00413C36">
        <w:rPr>
          <w:lang w:val="ru-RU"/>
        </w:rPr>
        <w:t xml:space="preserve">. Настоящий Договор </w:t>
      </w:r>
      <w:r w:rsidR="00413C36">
        <w:rPr>
          <w:lang w:val="ru-RU"/>
        </w:rPr>
        <w:br/>
        <w:t>не устанавливает ограничений</w:t>
      </w:r>
      <w:r w:rsidRPr="00476585">
        <w:rPr>
          <w:lang w:val="ru-RU"/>
        </w:rPr>
        <w:t xml:space="preserve"> по территории или способам использования Произведения. Основной целью приобретения исключительного права является опубликование (размещение) Произведения </w:t>
      </w:r>
      <w:r w:rsidR="000A4064">
        <w:rPr>
          <w:lang w:val="ru-RU"/>
        </w:rPr>
        <w:br/>
      </w:r>
      <w:r w:rsidRPr="00476585">
        <w:rPr>
          <w:lang w:val="ru-RU"/>
        </w:rPr>
        <w:t xml:space="preserve">в Международном рецензируемом научно-теоретическом журнале «Проблемы искусственного интеллекта», </w:t>
      </w:r>
      <w:r>
        <w:t>ISSN</w:t>
      </w:r>
      <w:r w:rsidRPr="00476585">
        <w:rPr>
          <w:lang w:val="ru-RU"/>
        </w:rPr>
        <w:t xml:space="preserve"> 2413-7383 (далее </w:t>
      </w:r>
      <w:r w:rsidR="000A4064">
        <w:rPr>
          <w:lang w:val="ru-RU"/>
        </w:rPr>
        <w:t>–</w:t>
      </w:r>
      <w:r w:rsidRPr="00476585">
        <w:rPr>
          <w:lang w:val="ru-RU"/>
        </w:rPr>
        <w:t xml:space="preserve"> Журнал). Указание данной цели не ограничивает объем исключительного права, передаваемого по настоящему Договору, и не препятствует использованию Произведения Приобретателем иными не запрещенными законом способами.</w:t>
      </w:r>
    </w:p>
    <w:p w14:paraId="4E5FF09D" w14:textId="28015F4B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1.5.</w:t>
      </w:r>
      <w:r>
        <w:t> </w:t>
      </w:r>
      <w:r w:rsidRPr="00476585">
        <w:rPr>
          <w:lang w:val="ru-RU"/>
        </w:rPr>
        <w:t xml:space="preserve">С момента перехода исключительного права Приобретатель вправе распоряжаться им </w:t>
      </w:r>
      <w:r w:rsidR="007F38A0">
        <w:rPr>
          <w:lang w:val="ru-RU"/>
        </w:rPr>
        <w:br/>
      </w:r>
      <w:r w:rsidRPr="00476585">
        <w:rPr>
          <w:lang w:val="ru-RU"/>
        </w:rPr>
        <w:t>по своему усмотрению любым не противоречащим закону и существу исключительного права способом, в том числе отчуждать исключительное право полностью другому лицу, предоставлять третьим лицам право использования Произведения по лицензионным договорам на условиях простой (неисключительной) или исключительной лицензии, а также иным образом распоряжаться исключительным правом в соответствии с законодательством Российской Федерации.</w:t>
      </w:r>
    </w:p>
    <w:p w14:paraId="48F52B86" w14:textId="674A84EE" w:rsidR="00476585" w:rsidRPr="00476585" w:rsidRDefault="00374FD1" w:rsidP="00747F64">
      <w:pPr>
        <w:ind w:firstLine="567"/>
        <w:jc w:val="both"/>
        <w:rPr>
          <w:lang w:val="ru-RU"/>
        </w:rPr>
      </w:pPr>
      <w:r w:rsidRPr="00476585">
        <w:rPr>
          <w:lang w:val="ru-RU"/>
        </w:rPr>
        <w:t>1.6.</w:t>
      </w:r>
      <w:r>
        <w:t> </w:t>
      </w:r>
      <w:r w:rsidRPr="00476585">
        <w:rPr>
          <w:lang w:val="ru-RU"/>
        </w:rPr>
        <w:t>Право авторства, право Автора на имя</w:t>
      </w:r>
      <w:r w:rsidR="00E76BA4">
        <w:rPr>
          <w:lang w:val="ru-RU"/>
        </w:rPr>
        <w:t xml:space="preserve"> и</w:t>
      </w:r>
      <w:r w:rsidRPr="00476585">
        <w:rPr>
          <w:lang w:val="ru-RU"/>
        </w:rPr>
        <w:t xml:space="preserve"> право на неприкосновенность Произведения </w:t>
      </w:r>
      <w:r w:rsidR="00E76BA4">
        <w:rPr>
          <w:lang w:val="ru-RU"/>
        </w:rPr>
        <w:t>являются</w:t>
      </w:r>
      <w:r w:rsidRPr="00476585">
        <w:rPr>
          <w:lang w:val="ru-RU"/>
        </w:rPr>
        <w:t xml:space="preserve"> неотчуждаемы</w:t>
      </w:r>
      <w:r w:rsidR="00E76BA4">
        <w:rPr>
          <w:lang w:val="ru-RU"/>
        </w:rPr>
        <w:t>ми и непередаваемыми и сохраняются за Автором.</w:t>
      </w:r>
      <w:r w:rsidRPr="00476585">
        <w:rPr>
          <w:lang w:val="ru-RU"/>
        </w:rPr>
        <w:t xml:space="preserve"> </w:t>
      </w:r>
      <w:r w:rsidR="00E76BA4">
        <w:rPr>
          <w:lang w:val="ru-RU"/>
        </w:rPr>
        <w:t xml:space="preserve">Иные не подлежащие </w:t>
      </w:r>
      <w:r w:rsidR="00E76BA4">
        <w:rPr>
          <w:lang w:val="ru-RU"/>
        </w:rPr>
        <w:lastRenderedPageBreak/>
        <w:t>отчуждению права Автора осуществляются в соответствии с</w:t>
      </w:r>
      <w:r w:rsidRPr="00476585">
        <w:rPr>
          <w:lang w:val="ru-RU"/>
        </w:rPr>
        <w:t xml:space="preserve"> законодательством Российской Федерации.</w:t>
      </w:r>
    </w:p>
    <w:p w14:paraId="4C060917" w14:textId="77777777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2.</w:t>
      </w:r>
      <w:r>
        <w:rPr>
          <w:b/>
        </w:rPr>
        <w:t> </w:t>
      </w:r>
      <w:r w:rsidRPr="00476585">
        <w:rPr>
          <w:b/>
          <w:lang w:val="ru-RU"/>
        </w:rPr>
        <w:t>ПЕРЕДАЧА ПРОИЗВЕДЕНИЯ И ПЕРЕХОД ИСКЛЮЧИТЕЛЬНОГО ПРАВА</w:t>
      </w:r>
    </w:p>
    <w:p w14:paraId="1E978655" w14:textId="766F4C41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2.1.</w:t>
      </w:r>
      <w:r>
        <w:t> </w:t>
      </w:r>
      <w:r w:rsidRPr="00476585">
        <w:rPr>
          <w:lang w:val="ru-RU"/>
        </w:rPr>
        <w:t xml:space="preserve">Автор передает Приобретателю окончательный текст рукописи Произведения одним из следующих способов: посредством почтового отправления по адресу Приобретателя, указанному </w:t>
      </w:r>
      <w:r w:rsidR="006901AD">
        <w:rPr>
          <w:lang w:val="ru-RU"/>
        </w:rPr>
        <w:br/>
      </w:r>
      <w:r w:rsidRPr="00476585">
        <w:rPr>
          <w:lang w:val="ru-RU"/>
        </w:rPr>
        <w:t>в разделе 10 настоящего Договора, либо путем направления файла Произведения в формате .</w:t>
      </w:r>
      <w:r>
        <w:t>doc</w:t>
      </w:r>
      <w:r w:rsidRPr="00476585">
        <w:rPr>
          <w:lang w:val="ru-RU"/>
        </w:rPr>
        <w:t xml:space="preserve"> (.</w:t>
      </w:r>
      <w:r>
        <w:t>docx</w:t>
      </w:r>
      <w:r w:rsidRPr="00476585">
        <w:rPr>
          <w:lang w:val="ru-RU"/>
        </w:rPr>
        <w:t xml:space="preserve">) на адрес электронной почты </w:t>
      </w:r>
      <w:r>
        <w:t>gu</w:t>
      </w:r>
      <w:r w:rsidRPr="00476585">
        <w:rPr>
          <w:lang w:val="ru-RU"/>
        </w:rPr>
        <w:t>_</w:t>
      </w:r>
      <w:r>
        <w:t>ipii</w:t>
      </w:r>
      <w:r w:rsidRPr="00476585">
        <w:rPr>
          <w:lang w:val="ru-RU"/>
        </w:rPr>
        <w:t>@</w:t>
      </w:r>
      <w:r>
        <w:t>mail</w:t>
      </w:r>
      <w:r w:rsidRPr="00476585">
        <w:rPr>
          <w:lang w:val="ru-RU"/>
        </w:rPr>
        <w:t>.</w:t>
      </w:r>
      <w:r>
        <w:t>ru</w:t>
      </w:r>
      <w:r w:rsidRPr="00476585">
        <w:rPr>
          <w:lang w:val="ru-RU"/>
        </w:rPr>
        <w:t>. По соглашению Сторон допускается передача файла на иной адрес электронной почты Приобретателя, письменно сообщенный Автору.</w:t>
      </w:r>
    </w:p>
    <w:p w14:paraId="36092F97" w14:textId="103C850E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2.2.</w:t>
      </w:r>
      <w:r>
        <w:t> </w:t>
      </w:r>
      <w:r w:rsidRPr="00476585">
        <w:rPr>
          <w:lang w:val="ru-RU"/>
        </w:rPr>
        <w:t xml:space="preserve">Произведение считается переданным Приобретателю: при направлении в электронной форме </w:t>
      </w:r>
      <w:r w:rsidR="006901AD">
        <w:rPr>
          <w:lang w:val="ru-RU"/>
        </w:rPr>
        <w:t>–</w:t>
      </w:r>
      <w:r w:rsidRPr="00476585">
        <w:rPr>
          <w:lang w:val="ru-RU"/>
        </w:rPr>
        <w:t xml:space="preserve"> в день поступления электронного сообщения с прикрепленным файлом Произведения </w:t>
      </w:r>
      <w:r w:rsidR="006901AD">
        <w:rPr>
          <w:lang w:val="ru-RU"/>
        </w:rPr>
        <w:br/>
      </w:r>
      <w:r w:rsidRPr="00476585">
        <w:rPr>
          <w:lang w:val="ru-RU"/>
        </w:rPr>
        <w:t xml:space="preserve">на соответствующий адрес электронной почты Приобретателя; при направлении почтовым отправлением </w:t>
      </w:r>
      <w:r w:rsidR="006901AD">
        <w:rPr>
          <w:lang w:val="ru-RU"/>
        </w:rPr>
        <w:t>–</w:t>
      </w:r>
      <w:r w:rsidRPr="00476585">
        <w:rPr>
          <w:lang w:val="ru-RU"/>
        </w:rPr>
        <w:t xml:space="preserve"> в день его вручения Приобретателю, подтвержденный сведениями оператора почтовой связи.</w:t>
      </w:r>
    </w:p>
    <w:p w14:paraId="19737CFD" w14:textId="77777777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2.3.</w:t>
      </w:r>
      <w:r>
        <w:t> </w:t>
      </w:r>
      <w:r w:rsidRPr="00476585">
        <w:rPr>
          <w:lang w:val="ru-RU"/>
        </w:rPr>
        <w:t>Исключительное право на Произведение переходит от Автора к Приобретателю в момент передачи Произведения в порядке, установленном пунктами 2.1 и 2.2 настоящего Договора. Если Произведение было передано Приобретателю до заключения настоящего Договора, исключительное право переходит к Приобретателю в момент заключения настоящего Договора.</w:t>
      </w:r>
    </w:p>
    <w:p w14:paraId="7E8EB42C" w14:textId="58DA0229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2.4.</w:t>
      </w:r>
      <w:r>
        <w:t> </w:t>
      </w:r>
      <w:r w:rsidR="006901AD">
        <w:rPr>
          <w:lang w:val="ru-RU"/>
        </w:rPr>
        <w:t>С</w:t>
      </w:r>
      <w:r w:rsidRPr="00476585">
        <w:rPr>
          <w:lang w:val="ru-RU"/>
        </w:rPr>
        <w:t xml:space="preserve">оставление отдельного акта приема-передачи Произведения или исключительного права для перехода исключительного права </w:t>
      </w:r>
      <w:r w:rsidR="006901AD">
        <w:rPr>
          <w:lang w:val="ru-RU"/>
        </w:rPr>
        <w:t>по настоящему Договору</w:t>
      </w:r>
      <w:r w:rsidR="006901AD" w:rsidRPr="00476585">
        <w:rPr>
          <w:lang w:val="ru-RU"/>
        </w:rPr>
        <w:t xml:space="preserve"> </w:t>
      </w:r>
      <w:r w:rsidRPr="00476585">
        <w:rPr>
          <w:lang w:val="ru-RU"/>
        </w:rPr>
        <w:t>не требуется. По требованию любой из Сторон факт передачи Произведения может быть дополнительно оформлен актом.</w:t>
      </w:r>
    </w:p>
    <w:p w14:paraId="43A2FA04" w14:textId="1DB192E1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2.5.</w:t>
      </w:r>
      <w:r>
        <w:t> </w:t>
      </w:r>
      <w:r w:rsidRPr="00476585">
        <w:rPr>
          <w:lang w:val="ru-RU"/>
        </w:rPr>
        <w:t xml:space="preserve">После перехода исключительного права Автор не вправе распоряжаться </w:t>
      </w:r>
      <w:r w:rsidR="00E76BA4">
        <w:rPr>
          <w:lang w:val="ru-RU"/>
        </w:rPr>
        <w:t>исключительным</w:t>
      </w:r>
      <w:r w:rsidRPr="00476585">
        <w:rPr>
          <w:lang w:val="ru-RU"/>
        </w:rPr>
        <w:t xml:space="preserve"> правом</w:t>
      </w:r>
      <w:r w:rsidR="00E76BA4">
        <w:rPr>
          <w:lang w:val="ru-RU"/>
        </w:rPr>
        <w:t xml:space="preserve"> на Произведение</w:t>
      </w:r>
      <w:r w:rsidRPr="00476585">
        <w:rPr>
          <w:lang w:val="ru-RU"/>
        </w:rPr>
        <w:t xml:space="preserve"> или предоставлять третьим лицам право </w:t>
      </w:r>
      <w:r w:rsidR="00E76BA4">
        <w:rPr>
          <w:lang w:val="ru-RU"/>
        </w:rPr>
        <w:t xml:space="preserve">его </w:t>
      </w:r>
      <w:r w:rsidRPr="00476585">
        <w:rPr>
          <w:lang w:val="ru-RU"/>
        </w:rPr>
        <w:t>использования, а также самостоятельно использовать Произведение способами, составляющими содержание исключительного права, за исключением случаев свободного использования, прямо предусмотренных законо</w:t>
      </w:r>
      <w:r w:rsidR="00E76BA4">
        <w:rPr>
          <w:lang w:val="ru-RU"/>
        </w:rPr>
        <w:t>дательством Российской Федерации</w:t>
      </w:r>
      <w:r w:rsidRPr="00476585">
        <w:rPr>
          <w:lang w:val="ru-RU"/>
        </w:rPr>
        <w:t>, либо использования</w:t>
      </w:r>
      <w:r w:rsidR="00E76BA4">
        <w:rPr>
          <w:lang w:val="ru-RU"/>
        </w:rPr>
        <w:t xml:space="preserve"> Произведения на основании права, предоставленного Приобретателем</w:t>
      </w:r>
      <w:r w:rsidRPr="00476585">
        <w:rPr>
          <w:lang w:val="ru-RU"/>
        </w:rPr>
        <w:t xml:space="preserve"> </w:t>
      </w:r>
      <w:r w:rsidR="00E76BA4">
        <w:rPr>
          <w:lang w:val="ru-RU"/>
        </w:rPr>
        <w:t>в установленном законодательством Российской Федерации порядке</w:t>
      </w:r>
      <w:r w:rsidRPr="00476585">
        <w:rPr>
          <w:lang w:val="ru-RU"/>
        </w:rPr>
        <w:t>.</w:t>
      </w:r>
    </w:p>
    <w:p w14:paraId="5E5E3302" w14:textId="77777777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3.</w:t>
      </w:r>
      <w:r>
        <w:rPr>
          <w:b/>
        </w:rPr>
        <w:t> </w:t>
      </w:r>
      <w:r w:rsidRPr="00476585">
        <w:rPr>
          <w:b/>
          <w:lang w:val="ru-RU"/>
        </w:rPr>
        <w:t>ИСПОЛЬЗОВАНИЕ ПРОИЗВЕДЕНИЯ. СОГЛАСИЯ АВТОРА</w:t>
      </w:r>
    </w:p>
    <w:p w14:paraId="5ED7BF79" w14:textId="77777777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3.1.</w:t>
      </w:r>
      <w:r>
        <w:t> </w:t>
      </w:r>
      <w:r w:rsidRPr="00476585">
        <w:rPr>
          <w:lang w:val="ru-RU"/>
        </w:rPr>
        <w:t xml:space="preserve">Приобретатель вправе осуществлять редакционно-издательскую подготовку Произведения, его опубликование в Журнале и размещение электронной версии на сайте Журнала, а также передавать Произведение и сведения о нем в электронные библиотеки, репозитории, базы данных, системы научного цитирования, индексирования, архивного хранения, регистрационные агентства </w:t>
      </w:r>
      <w:r>
        <w:t>DOI</w:t>
      </w:r>
      <w:r w:rsidRPr="00476585">
        <w:rPr>
          <w:lang w:val="ru-RU"/>
        </w:rPr>
        <w:t xml:space="preserve"> и иные информационные системы.</w:t>
      </w:r>
    </w:p>
    <w:p w14:paraId="15D96671" w14:textId="77777777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3.2.</w:t>
      </w:r>
      <w:r>
        <w:t> </w:t>
      </w:r>
      <w:r w:rsidRPr="00476585">
        <w:rPr>
          <w:lang w:val="ru-RU"/>
        </w:rPr>
        <w:t>Автор дает согласие на обнародование Произведения путем его опубликования, размещения в информационно-телекоммуникационной сети «Интернет» и иными способами, необходимыми для правомерного использования Произведения Приобретателем.</w:t>
      </w:r>
    </w:p>
    <w:p w14:paraId="503BBC97" w14:textId="6F5FB959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3.3.</w:t>
      </w:r>
      <w:r>
        <w:t> </w:t>
      </w:r>
      <w:r w:rsidRPr="00476585">
        <w:rPr>
          <w:lang w:val="ru-RU"/>
        </w:rPr>
        <w:t xml:space="preserve">В соответствии со статьей 1266 </w:t>
      </w:r>
      <w:r w:rsidR="001D66EB">
        <w:rPr>
          <w:lang w:val="ru-RU"/>
        </w:rPr>
        <w:t>ГК РФ</w:t>
      </w:r>
      <w:r w:rsidRPr="00476585">
        <w:rPr>
          <w:lang w:val="ru-RU"/>
        </w:rPr>
        <w:t xml:space="preserve"> Автор настоящим Договором дает Приобретателю определенно выраженное согласие на внесение в Произведение без дополнительного согласования </w:t>
      </w:r>
      <w:r w:rsidR="001D66EB">
        <w:rPr>
          <w:lang w:val="ru-RU"/>
        </w:rPr>
        <w:br/>
      </w:r>
      <w:r w:rsidRPr="00476585">
        <w:rPr>
          <w:lang w:val="ru-RU"/>
        </w:rPr>
        <w:t>с Автором редакционных, корректорских, технических и</w:t>
      </w:r>
      <w:r w:rsidR="006901AD">
        <w:rPr>
          <w:lang w:val="ru-RU"/>
        </w:rPr>
        <w:t xml:space="preserve"> (или)</w:t>
      </w:r>
      <w:r w:rsidRPr="00476585">
        <w:rPr>
          <w:lang w:val="ru-RU"/>
        </w:rPr>
        <w:t xml:space="preserve"> верстальных изменений,</w:t>
      </w:r>
      <w:r w:rsidR="00317B70">
        <w:rPr>
          <w:lang w:val="ru-RU"/>
        </w:rPr>
        <w:t xml:space="preserve"> </w:t>
      </w:r>
      <w:r w:rsidR="00317B70">
        <w:rPr>
          <w:lang w:val="ru-RU"/>
        </w:rPr>
        <w:br/>
        <w:t>не затрагивающих содержание Произведения,</w:t>
      </w:r>
      <w:r w:rsidRPr="00476585">
        <w:rPr>
          <w:lang w:val="ru-RU"/>
        </w:rPr>
        <w:t xml:space="preserve"> </w:t>
      </w:r>
      <w:r w:rsidR="00317B70">
        <w:rPr>
          <w:lang w:val="ru-RU"/>
        </w:rPr>
        <w:t xml:space="preserve">в том числе на </w:t>
      </w:r>
      <w:r w:rsidRPr="00476585">
        <w:rPr>
          <w:lang w:val="ru-RU"/>
        </w:rPr>
        <w:t xml:space="preserve">исправление орфографических, пунктуационных, грамматических и явных </w:t>
      </w:r>
      <w:r w:rsidR="00317B70">
        <w:rPr>
          <w:lang w:val="ru-RU"/>
        </w:rPr>
        <w:t>технических</w:t>
      </w:r>
      <w:r w:rsidRPr="00476585">
        <w:rPr>
          <w:lang w:val="ru-RU"/>
        </w:rPr>
        <w:t xml:space="preserve"> ошибок, унификацию оформления</w:t>
      </w:r>
      <w:r w:rsidR="00317B70">
        <w:rPr>
          <w:lang w:val="ru-RU"/>
        </w:rPr>
        <w:t xml:space="preserve"> </w:t>
      </w:r>
      <w:r w:rsidRPr="00476585">
        <w:rPr>
          <w:lang w:val="ru-RU"/>
        </w:rPr>
        <w:t>библиографических ссылок и списка литературы, изменение технического и графического оформления текста, таблиц, формул, схем, рисунков и иных материалов, а также на снабжение Произведения при его использовании иллюстрациями, предисловием, послесловием, редакционными комментариями, примечаниями и пояснениями</w:t>
      </w:r>
      <w:r w:rsidR="00317B70">
        <w:rPr>
          <w:lang w:val="ru-RU"/>
        </w:rPr>
        <w:t xml:space="preserve"> с учетом требований пункта 3.4 настоящего Договора</w:t>
      </w:r>
      <w:r w:rsidRPr="00476585">
        <w:rPr>
          <w:lang w:val="ru-RU"/>
        </w:rPr>
        <w:t>.</w:t>
      </w:r>
    </w:p>
    <w:p w14:paraId="1EBEC7E5" w14:textId="0C9965EC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3.4.</w:t>
      </w:r>
      <w:r>
        <w:t> </w:t>
      </w:r>
      <w:r w:rsidR="006115CB">
        <w:rPr>
          <w:lang w:val="ru-RU"/>
        </w:rPr>
        <w:t>Предусмотренные пунктом 3.3 настоящего Договора изменения и (или) дополнения не должны искажать авторский</w:t>
      </w:r>
      <w:r w:rsidRPr="00476585">
        <w:rPr>
          <w:lang w:val="ru-RU"/>
        </w:rPr>
        <w:t xml:space="preserve"> замысел, смысл, основные научные положения и выводы Автора </w:t>
      </w:r>
      <w:r w:rsidR="006115CB">
        <w:rPr>
          <w:lang w:val="ru-RU"/>
        </w:rPr>
        <w:t xml:space="preserve">или </w:t>
      </w:r>
      <w:r w:rsidR="006115CB">
        <w:rPr>
          <w:lang w:val="ru-RU"/>
        </w:rPr>
        <w:lastRenderedPageBreak/>
        <w:t>нарушать</w:t>
      </w:r>
      <w:r w:rsidRPr="00476585">
        <w:rPr>
          <w:lang w:val="ru-RU"/>
        </w:rPr>
        <w:t xml:space="preserve"> целостность восприятия Произведения. Изменения, </w:t>
      </w:r>
      <w:r w:rsidR="006115CB">
        <w:rPr>
          <w:lang w:val="ru-RU"/>
        </w:rPr>
        <w:t>затрагивающие содержание Произведения, используемую Автором научную терминологию, фактические сведения,</w:t>
      </w:r>
      <w:r w:rsidRPr="00476585">
        <w:rPr>
          <w:lang w:val="ru-RU"/>
        </w:rPr>
        <w:t xml:space="preserve"> </w:t>
      </w:r>
      <w:r w:rsidR="006115CB">
        <w:rPr>
          <w:lang w:val="ru-RU"/>
        </w:rPr>
        <w:t>научные положения</w:t>
      </w:r>
      <w:r w:rsidRPr="00476585">
        <w:rPr>
          <w:lang w:val="ru-RU"/>
        </w:rPr>
        <w:t xml:space="preserve"> или вывод</w:t>
      </w:r>
      <w:r w:rsidR="006115CB">
        <w:rPr>
          <w:lang w:val="ru-RU"/>
        </w:rPr>
        <w:t>ы</w:t>
      </w:r>
      <w:r w:rsidRPr="00476585">
        <w:rPr>
          <w:lang w:val="ru-RU"/>
        </w:rPr>
        <w:t xml:space="preserve"> Автора, допускаются только </w:t>
      </w:r>
      <w:r w:rsidR="006901AD">
        <w:rPr>
          <w:lang w:val="ru-RU"/>
        </w:rPr>
        <w:t>при наличии</w:t>
      </w:r>
      <w:r w:rsidR="006115CB">
        <w:rPr>
          <w:lang w:val="ru-RU"/>
        </w:rPr>
        <w:t xml:space="preserve"> отдельного</w:t>
      </w:r>
      <w:r w:rsidR="006901AD">
        <w:rPr>
          <w:lang w:val="ru-RU"/>
        </w:rPr>
        <w:t xml:space="preserve"> письменного согласия Автора</w:t>
      </w:r>
      <w:r w:rsidRPr="00476585">
        <w:rPr>
          <w:lang w:val="ru-RU"/>
        </w:rPr>
        <w:t>.</w:t>
      </w:r>
    </w:p>
    <w:p w14:paraId="18076A45" w14:textId="210A4A7E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3.5.</w:t>
      </w:r>
      <w:r>
        <w:t> </w:t>
      </w:r>
      <w:r w:rsidRPr="00476585">
        <w:rPr>
          <w:lang w:val="ru-RU"/>
        </w:rPr>
        <w:t>При использовании Произведения Приобретатель соблюдает право авторства и право Автора на имя.</w:t>
      </w:r>
    </w:p>
    <w:p w14:paraId="6F8496E1" w14:textId="77777777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3.6.</w:t>
      </w:r>
      <w:r>
        <w:t> </w:t>
      </w:r>
      <w:r w:rsidRPr="00476585">
        <w:rPr>
          <w:lang w:val="ru-RU"/>
        </w:rPr>
        <w:t>Осуществление Приобретателем принадлежащего ему исключительного права на перевод или иную переработку Произведения не отменяет обязанность соблюдать неотчуждаемые личные неимущественные права Автора в предусмотренных законом пределах.</w:t>
      </w:r>
    </w:p>
    <w:p w14:paraId="4C9D3052" w14:textId="77777777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4.</w:t>
      </w:r>
      <w:r>
        <w:rPr>
          <w:b/>
        </w:rPr>
        <w:t> </w:t>
      </w:r>
      <w:r w:rsidRPr="00476585">
        <w:rPr>
          <w:b/>
          <w:lang w:val="ru-RU"/>
        </w:rPr>
        <w:t>ЗАЯВЛЕНИЯ И ГАРАНТИИ АВТОРА</w:t>
      </w:r>
    </w:p>
    <w:p w14:paraId="455399EC" w14:textId="3E7789F3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4.1.</w:t>
      </w:r>
      <w:r>
        <w:t> </w:t>
      </w:r>
      <w:r w:rsidRPr="00476585">
        <w:rPr>
          <w:lang w:val="ru-RU"/>
        </w:rPr>
        <w:t>Автор заявляет и гарантирует, что на дату заключения настоящего Договора является надлежащим обладателем исключительного права на Произведение и вправе распорядиться</w:t>
      </w:r>
      <w:r w:rsidR="000E48B8">
        <w:rPr>
          <w:lang w:val="ru-RU"/>
        </w:rPr>
        <w:br/>
      </w:r>
      <w:r w:rsidRPr="00476585">
        <w:rPr>
          <w:lang w:val="ru-RU"/>
        </w:rPr>
        <w:t>им в полном объеме.</w:t>
      </w:r>
    </w:p>
    <w:p w14:paraId="3344CE4C" w14:textId="1DF4612E" w:rsidR="0007633A" w:rsidRPr="00476585" w:rsidRDefault="00374FD1" w:rsidP="00476585">
      <w:pPr>
        <w:ind w:firstLine="567"/>
        <w:jc w:val="both"/>
        <w:rPr>
          <w:lang w:val="ru-RU"/>
        </w:rPr>
      </w:pPr>
      <w:r w:rsidRPr="005F2CC3">
        <w:rPr>
          <w:lang w:val="ru-RU"/>
        </w:rPr>
        <w:t>4.2.</w:t>
      </w:r>
      <w:r w:rsidRPr="005F2CC3">
        <w:t> </w:t>
      </w:r>
      <w:r w:rsidRPr="005F2CC3">
        <w:rPr>
          <w:lang w:val="ru-RU"/>
        </w:rPr>
        <w:t xml:space="preserve">Автор </w:t>
      </w:r>
      <w:r w:rsidR="000504CC" w:rsidRPr="005F2CC3">
        <w:rPr>
          <w:lang w:val="ru-RU"/>
        </w:rPr>
        <w:t>заверяет</w:t>
      </w:r>
      <w:r w:rsidRPr="005F2CC3">
        <w:rPr>
          <w:lang w:val="ru-RU"/>
        </w:rPr>
        <w:t xml:space="preserve">, что Произведение создано </w:t>
      </w:r>
      <w:r w:rsidR="000504CC" w:rsidRPr="005F2CC3">
        <w:rPr>
          <w:lang w:val="ru-RU"/>
        </w:rPr>
        <w:t>его творческим трудом</w:t>
      </w:r>
      <w:r w:rsidRPr="005F2CC3">
        <w:rPr>
          <w:lang w:val="ru-RU"/>
        </w:rPr>
        <w:t xml:space="preserve"> и не имеет соавторов, если иное прямо не указано в настоящем Договоре. При наличии соавторов </w:t>
      </w:r>
      <w:r w:rsidR="000504CC" w:rsidRPr="005F2CC3">
        <w:rPr>
          <w:lang w:val="ru-RU"/>
        </w:rPr>
        <w:t>Автор подтверждает</w:t>
      </w:r>
      <w:r w:rsidR="005F2CC3">
        <w:rPr>
          <w:lang w:val="ru-RU"/>
        </w:rPr>
        <w:t xml:space="preserve">, что отчуждение исключительного права на Произведение осуществляется совместно всеми лицами, которым принадлежит указанное исключительное право, </w:t>
      </w:r>
      <w:r w:rsidR="000504CC" w:rsidRPr="005F2CC3">
        <w:rPr>
          <w:lang w:val="ru-RU"/>
        </w:rPr>
        <w:t xml:space="preserve">либо </w:t>
      </w:r>
      <w:r w:rsidR="005F2CC3">
        <w:rPr>
          <w:lang w:val="ru-RU"/>
        </w:rPr>
        <w:t>что Автор обладает</w:t>
      </w:r>
      <w:r w:rsidR="000504CC" w:rsidRPr="005F2CC3">
        <w:rPr>
          <w:lang w:val="ru-RU"/>
        </w:rPr>
        <w:t xml:space="preserve"> надлежащи</w:t>
      </w:r>
      <w:r w:rsidR="005F2CC3">
        <w:rPr>
          <w:lang w:val="ru-RU"/>
        </w:rPr>
        <w:t>ми</w:t>
      </w:r>
      <w:r w:rsidR="000504CC" w:rsidRPr="005F2CC3">
        <w:rPr>
          <w:lang w:val="ru-RU"/>
        </w:rPr>
        <w:t xml:space="preserve"> полномочи</w:t>
      </w:r>
      <w:r w:rsidR="005F2CC3">
        <w:rPr>
          <w:lang w:val="ru-RU"/>
        </w:rPr>
        <w:t>ями</w:t>
      </w:r>
      <w:r w:rsidR="000504CC" w:rsidRPr="005F2CC3">
        <w:rPr>
          <w:lang w:val="ru-RU"/>
        </w:rPr>
        <w:t xml:space="preserve"> распоряжаться исключительным правом на Произведение в полном объеме</w:t>
      </w:r>
      <w:r w:rsidRPr="005F2CC3">
        <w:rPr>
          <w:lang w:val="ru-RU"/>
        </w:rPr>
        <w:t>.</w:t>
      </w:r>
    </w:p>
    <w:p w14:paraId="71AB1219" w14:textId="3B613A2C" w:rsidR="0007633A" w:rsidRPr="00476585" w:rsidRDefault="00374FD1" w:rsidP="00E8096D">
      <w:pPr>
        <w:ind w:firstLine="567"/>
        <w:jc w:val="both"/>
        <w:rPr>
          <w:lang w:val="ru-RU"/>
        </w:rPr>
      </w:pPr>
      <w:r w:rsidRPr="00476585">
        <w:rPr>
          <w:lang w:val="ru-RU"/>
        </w:rPr>
        <w:t>4.3.</w:t>
      </w:r>
      <w:r>
        <w:t> </w:t>
      </w:r>
      <w:r w:rsidRPr="00476585">
        <w:rPr>
          <w:lang w:val="ru-RU"/>
        </w:rPr>
        <w:t xml:space="preserve">Автор </w:t>
      </w:r>
      <w:r w:rsidR="00E8096D">
        <w:rPr>
          <w:lang w:val="ru-RU"/>
        </w:rPr>
        <w:t>заверяет</w:t>
      </w:r>
      <w:r w:rsidRPr="00476585">
        <w:rPr>
          <w:lang w:val="ru-RU"/>
        </w:rPr>
        <w:t xml:space="preserve">, что исключительное право на Произведение не принадлежит работодателю или иному лицу в силу режима служебного произведения, договора, закона либо иного основания. Если Произведение </w:t>
      </w:r>
      <w:r w:rsidR="00E8096D">
        <w:rPr>
          <w:lang w:val="ru-RU"/>
        </w:rPr>
        <w:t>создано</w:t>
      </w:r>
      <w:r w:rsidRPr="00476585">
        <w:rPr>
          <w:lang w:val="ru-RU"/>
        </w:rPr>
        <w:t xml:space="preserve"> в пределах </w:t>
      </w:r>
      <w:r w:rsidR="00E8096D">
        <w:rPr>
          <w:lang w:val="ru-RU"/>
        </w:rPr>
        <w:t>установленных для</w:t>
      </w:r>
      <w:r w:rsidRPr="00476585">
        <w:rPr>
          <w:lang w:val="ru-RU"/>
        </w:rPr>
        <w:t xml:space="preserve"> Автора</w:t>
      </w:r>
      <w:r w:rsidR="00E8096D">
        <w:rPr>
          <w:lang w:val="ru-RU"/>
        </w:rPr>
        <w:t xml:space="preserve"> трудовых обязанностей,</w:t>
      </w:r>
      <w:r w:rsidRPr="00476585">
        <w:rPr>
          <w:lang w:val="ru-RU"/>
        </w:rPr>
        <w:t xml:space="preserve"> Автор подтверждает наличие законных оснований для принадлежности ему исключительного права </w:t>
      </w:r>
      <w:r w:rsidR="00E8096D">
        <w:rPr>
          <w:lang w:val="ru-RU"/>
        </w:rPr>
        <w:br/>
      </w:r>
      <w:r w:rsidRPr="00476585">
        <w:rPr>
          <w:lang w:val="ru-RU"/>
        </w:rPr>
        <w:t>и по требованию Приобретателя предоставляет подтверждающие документы.</w:t>
      </w:r>
    </w:p>
    <w:p w14:paraId="4AE236C7" w14:textId="2A56359C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4.4.</w:t>
      </w:r>
      <w:r>
        <w:t> </w:t>
      </w:r>
      <w:r w:rsidR="000E48B8">
        <w:rPr>
          <w:lang w:val="ru-RU"/>
        </w:rPr>
        <w:t>Автор заверяет, что н</w:t>
      </w:r>
      <w:r w:rsidRPr="00476585">
        <w:rPr>
          <w:lang w:val="ru-RU"/>
        </w:rPr>
        <w:t>а момент перехода исключительного права</w:t>
      </w:r>
      <w:r w:rsidR="000E48B8">
        <w:rPr>
          <w:lang w:val="ru-RU"/>
        </w:rPr>
        <w:t xml:space="preserve"> на Произведение </w:t>
      </w:r>
      <w:r w:rsidR="000E48B8">
        <w:rPr>
          <w:lang w:val="ru-RU"/>
        </w:rPr>
        <w:br/>
        <w:t>по настоящему Договору</w:t>
      </w:r>
      <w:r w:rsidRPr="00476585">
        <w:rPr>
          <w:lang w:val="ru-RU"/>
        </w:rPr>
        <w:t xml:space="preserve"> оно не отчуждено другому лицу, не заложено, не находится под арестом </w:t>
      </w:r>
      <w:r w:rsidR="00E8096D">
        <w:rPr>
          <w:lang w:val="ru-RU"/>
        </w:rPr>
        <w:br/>
      </w:r>
      <w:r w:rsidRPr="00476585">
        <w:rPr>
          <w:lang w:val="ru-RU"/>
        </w:rPr>
        <w:t>или иным обременением</w:t>
      </w:r>
      <w:r w:rsidR="00E8096D" w:rsidRPr="00E8096D">
        <w:rPr>
          <w:lang w:val="ru-RU"/>
        </w:rPr>
        <w:t xml:space="preserve"> </w:t>
      </w:r>
      <w:r w:rsidR="00E8096D">
        <w:rPr>
          <w:lang w:val="ru-RU"/>
        </w:rPr>
        <w:t>третьим лицам</w:t>
      </w:r>
      <w:r w:rsidR="00413C36">
        <w:rPr>
          <w:lang w:val="ru-RU"/>
        </w:rPr>
        <w:t xml:space="preserve"> не предоставлены права использования Произведения </w:t>
      </w:r>
      <w:r w:rsidR="00413C36">
        <w:rPr>
          <w:lang w:val="ru-RU"/>
        </w:rPr>
        <w:br/>
        <w:t>по действующим лицензионным договорам,</w:t>
      </w:r>
      <w:r w:rsidRPr="00476585">
        <w:rPr>
          <w:lang w:val="ru-RU"/>
        </w:rPr>
        <w:t xml:space="preserve"> </w:t>
      </w:r>
      <w:r w:rsidR="00413C36">
        <w:rPr>
          <w:lang w:val="ru-RU"/>
        </w:rPr>
        <w:t xml:space="preserve">если иное письменно не сообщено Приобретателю </w:t>
      </w:r>
      <w:r w:rsidR="00413C36">
        <w:rPr>
          <w:lang w:val="ru-RU"/>
        </w:rPr>
        <w:br/>
        <w:t>до заключения настоящего Договора;</w:t>
      </w:r>
      <w:r w:rsidRPr="00476585">
        <w:rPr>
          <w:lang w:val="ru-RU"/>
        </w:rPr>
        <w:t xml:space="preserve"> </w:t>
      </w:r>
      <w:r w:rsidR="00413C36">
        <w:rPr>
          <w:lang w:val="ru-RU"/>
        </w:rPr>
        <w:t>в отношении Произведения отсутствуют известные Автору</w:t>
      </w:r>
      <w:r w:rsidRPr="00476585">
        <w:rPr>
          <w:lang w:val="ru-RU"/>
        </w:rPr>
        <w:t xml:space="preserve"> спор</w:t>
      </w:r>
      <w:r w:rsidR="00413C36">
        <w:rPr>
          <w:lang w:val="ru-RU"/>
        </w:rPr>
        <w:t>ы</w:t>
      </w:r>
      <w:r w:rsidRPr="00476585">
        <w:rPr>
          <w:lang w:val="ru-RU"/>
        </w:rPr>
        <w:t xml:space="preserve"> и притязан</w:t>
      </w:r>
      <w:r w:rsidR="00413C36">
        <w:rPr>
          <w:lang w:val="ru-RU"/>
        </w:rPr>
        <w:t>ия</w:t>
      </w:r>
      <w:r w:rsidRPr="00476585">
        <w:rPr>
          <w:lang w:val="ru-RU"/>
        </w:rPr>
        <w:t xml:space="preserve"> третьих лиц, способны</w:t>
      </w:r>
      <w:r w:rsidR="00413C36">
        <w:rPr>
          <w:lang w:val="ru-RU"/>
        </w:rPr>
        <w:t>е</w:t>
      </w:r>
      <w:r w:rsidRPr="00476585">
        <w:rPr>
          <w:lang w:val="ru-RU"/>
        </w:rPr>
        <w:t xml:space="preserve"> воспрепятствовать </w:t>
      </w:r>
      <w:r w:rsidR="00413C36">
        <w:rPr>
          <w:lang w:val="ru-RU"/>
        </w:rPr>
        <w:t>осуществлению Приобретателем</w:t>
      </w:r>
      <w:r w:rsidRPr="00476585">
        <w:rPr>
          <w:lang w:val="ru-RU"/>
        </w:rPr>
        <w:t xml:space="preserve"> </w:t>
      </w:r>
      <w:r w:rsidR="00413C36">
        <w:rPr>
          <w:lang w:val="ru-RU"/>
        </w:rPr>
        <w:t>исключительного права</w:t>
      </w:r>
      <w:r w:rsidRPr="00476585">
        <w:rPr>
          <w:lang w:val="ru-RU"/>
        </w:rPr>
        <w:t>.</w:t>
      </w:r>
    </w:p>
    <w:p w14:paraId="635C4722" w14:textId="52F5C382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4.5.</w:t>
      </w:r>
      <w:r>
        <w:t> </w:t>
      </w:r>
      <w:r w:rsidRPr="00476585">
        <w:rPr>
          <w:lang w:val="ru-RU"/>
        </w:rPr>
        <w:t xml:space="preserve">Автор </w:t>
      </w:r>
      <w:r w:rsidR="005F5859">
        <w:rPr>
          <w:lang w:val="ru-RU"/>
        </w:rPr>
        <w:t>заверяет, что Произведение создано его творческим трудом</w:t>
      </w:r>
      <w:r w:rsidRPr="00476585">
        <w:rPr>
          <w:lang w:val="ru-RU"/>
        </w:rPr>
        <w:t xml:space="preserve">, </w:t>
      </w:r>
      <w:r w:rsidR="005F5859">
        <w:rPr>
          <w:lang w:val="ru-RU"/>
        </w:rPr>
        <w:t xml:space="preserve">цитирование </w:t>
      </w:r>
      <w:r w:rsidR="005F5859">
        <w:rPr>
          <w:lang w:val="ru-RU"/>
        </w:rPr>
        <w:br/>
        <w:t>и использование в нем материалов третьих лиц осуществлены правомерно</w:t>
      </w:r>
      <w:r w:rsidR="000B6152">
        <w:rPr>
          <w:lang w:val="ru-RU"/>
        </w:rPr>
        <w:t>, а в случаях, когда для такого использования в соответствии с законодательством Российской Федерации требуется согласие правообладателя, необходимые согласия (разрешения) получены</w:t>
      </w:r>
      <w:r w:rsidRPr="00476585">
        <w:rPr>
          <w:lang w:val="ru-RU"/>
        </w:rPr>
        <w:t xml:space="preserve">. Исключительное право </w:t>
      </w:r>
      <w:r w:rsidR="000B6152">
        <w:rPr>
          <w:lang w:val="ru-RU"/>
        </w:rPr>
        <w:br/>
      </w:r>
      <w:r w:rsidRPr="00476585">
        <w:rPr>
          <w:lang w:val="ru-RU"/>
        </w:rPr>
        <w:t xml:space="preserve">по настоящему Договору передается только в отношении тех элементов Произведения, исключительное право на которые принадлежит Автору; права на правомерно использованные </w:t>
      </w:r>
      <w:r w:rsidR="000B6152">
        <w:rPr>
          <w:lang w:val="ru-RU"/>
        </w:rPr>
        <w:br/>
      </w:r>
      <w:r w:rsidRPr="00476585">
        <w:rPr>
          <w:lang w:val="ru-RU"/>
        </w:rPr>
        <w:t>в Произведении объекты третьих лиц настоящим Договором не передаются.</w:t>
      </w:r>
    </w:p>
    <w:p w14:paraId="6621D132" w14:textId="2BA55E74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4.6.</w:t>
      </w:r>
      <w:r>
        <w:t> </w:t>
      </w:r>
      <w:r w:rsidRPr="00476585">
        <w:rPr>
          <w:lang w:val="ru-RU"/>
        </w:rPr>
        <w:t>Автор подтверждает, что Произведение не содержит сведений, распространение которых запрещено законодательством Российской Федерации, а его предоставление и последующее использование в соответствии с настоящим Договором не на</w:t>
      </w:r>
      <w:r w:rsidR="0048316C">
        <w:rPr>
          <w:lang w:val="ru-RU"/>
        </w:rPr>
        <w:t>рушают охраняемые законом права</w:t>
      </w:r>
      <w:r w:rsidR="00073191">
        <w:rPr>
          <w:lang w:val="ru-RU"/>
        </w:rPr>
        <w:br/>
      </w:r>
      <w:r w:rsidRPr="00476585">
        <w:rPr>
          <w:lang w:val="ru-RU"/>
        </w:rPr>
        <w:t>и законные интересы третьих лиц.</w:t>
      </w:r>
    </w:p>
    <w:p w14:paraId="3A634FF1" w14:textId="77777777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5.</w:t>
      </w:r>
      <w:r>
        <w:rPr>
          <w:b/>
        </w:rPr>
        <w:t> </w:t>
      </w:r>
      <w:r w:rsidRPr="00476585">
        <w:rPr>
          <w:b/>
          <w:lang w:val="ru-RU"/>
        </w:rPr>
        <w:t>БЕЗВОЗМЕЗДНОСТЬ ДОГОВОРА</w:t>
      </w:r>
    </w:p>
    <w:p w14:paraId="14658912" w14:textId="74D8C827" w:rsidR="00D11762" w:rsidRPr="00AA4CF4" w:rsidRDefault="00374FD1" w:rsidP="00AA4CF4">
      <w:pPr>
        <w:ind w:firstLine="567"/>
        <w:jc w:val="both"/>
        <w:rPr>
          <w:lang w:val="ru-RU"/>
        </w:rPr>
      </w:pPr>
      <w:r w:rsidRPr="00476585">
        <w:rPr>
          <w:lang w:val="ru-RU"/>
        </w:rPr>
        <w:t>5.1.</w:t>
      </w:r>
      <w:r>
        <w:t> </w:t>
      </w:r>
      <w:r w:rsidRPr="00476585">
        <w:rPr>
          <w:lang w:val="ru-RU"/>
        </w:rPr>
        <w:t xml:space="preserve">Отчуждение исключительного права на Произведение по настоящему Договору осуществляется безвозмездно. </w:t>
      </w:r>
      <w:r w:rsidR="00073191">
        <w:rPr>
          <w:lang w:val="ru-RU"/>
        </w:rPr>
        <w:t>Стороны согласовали, что в</w:t>
      </w:r>
      <w:r w:rsidRPr="00476585">
        <w:rPr>
          <w:lang w:val="ru-RU"/>
        </w:rPr>
        <w:t>ознаграждение Автору за отчуждение исключительного права на Произведение</w:t>
      </w:r>
      <w:r w:rsidR="00073191">
        <w:rPr>
          <w:lang w:val="ru-RU"/>
        </w:rPr>
        <w:t xml:space="preserve"> настоящим Договором не предусмотрено,</w:t>
      </w:r>
      <w:r w:rsidRPr="00476585">
        <w:rPr>
          <w:lang w:val="ru-RU"/>
        </w:rPr>
        <w:t xml:space="preserve"> не начисляется</w:t>
      </w:r>
      <w:r w:rsidR="00073191">
        <w:rPr>
          <w:lang w:val="ru-RU"/>
        </w:rPr>
        <w:br/>
      </w:r>
      <w:r w:rsidRPr="00476585">
        <w:rPr>
          <w:lang w:val="ru-RU"/>
        </w:rPr>
        <w:t>и не выплачивается.</w:t>
      </w:r>
    </w:p>
    <w:p w14:paraId="3F746FB4" w14:textId="77777777" w:rsidR="007543EA" w:rsidRDefault="007543EA">
      <w:pPr>
        <w:spacing w:after="200" w:line="276" w:lineRule="auto"/>
        <w:rPr>
          <w:b/>
          <w:lang w:val="ru-RU"/>
        </w:rPr>
      </w:pPr>
      <w:r>
        <w:rPr>
          <w:b/>
          <w:lang w:val="ru-RU"/>
        </w:rPr>
        <w:br w:type="page"/>
      </w:r>
    </w:p>
    <w:p w14:paraId="555F1A39" w14:textId="328F531E" w:rsidR="0007633A" w:rsidRPr="00476585" w:rsidRDefault="00374FD1" w:rsidP="00476585">
      <w:pPr>
        <w:spacing w:before="140" w:after="60"/>
        <w:jc w:val="center"/>
        <w:rPr>
          <w:lang w:val="ru-RU"/>
        </w:rPr>
      </w:pPr>
      <w:permStart w:id="2059432173" w:edGrp="everyone"/>
      <w:permEnd w:id="2059432173"/>
      <w:r w:rsidRPr="00476585">
        <w:rPr>
          <w:b/>
          <w:lang w:val="ru-RU"/>
        </w:rPr>
        <w:lastRenderedPageBreak/>
        <w:t>6.</w:t>
      </w:r>
      <w:r>
        <w:rPr>
          <w:b/>
        </w:rPr>
        <w:t> </w:t>
      </w:r>
      <w:r w:rsidRPr="00476585">
        <w:rPr>
          <w:b/>
          <w:lang w:val="ru-RU"/>
        </w:rPr>
        <w:t>ОТВЕТСТВЕННОСТЬ СТОРОН</w:t>
      </w:r>
    </w:p>
    <w:p w14:paraId="3C7DDF63" w14:textId="77777777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6.1.</w:t>
      </w:r>
      <w:r>
        <w:t> </w:t>
      </w:r>
      <w:r w:rsidRPr="00476585">
        <w:rPr>
          <w:lang w:val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43EFBB45" w14:textId="72E14DAF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6.2.</w:t>
      </w:r>
      <w:r>
        <w:t> </w:t>
      </w:r>
      <w:r w:rsidRPr="00476585">
        <w:rPr>
          <w:lang w:val="ru-RU"/>
        </w:rPr>
        <w:t xml:space="preserve">В случае предъявления к Приобретателю третьими лицами требований, связанных </w:t>
      </w:r>
      <w:r w:rsidR="00C55226">
        <w:rPr>
          <w:lang w:val="ru-RU"/>
        </w:rPr>
        <w:br/>
      </w:r>
      <w:r w:rsidRPr="00476585">
        <w:rPr>
          <w:lang w:val="ru-RU"/>
        </w:rPr>
        <w:t xml:space="preserve">с недостоверностью </w:t>
      </w:r>
      <w:r w:rsidR="0048316C">
        <w:rPr>
          <w:lang w:val="ru-RU"/>
        </w:rPr>
        <w:t>заверений</w:t>
      </w:r>
      <w:r w:rsidRPr="00476585">
        <w:rPr>
          <w:lang w:val="ru-RU"/>
        </w:rPr>
        <w:t xml:space="preserve"> и гарантий Автора, предусмотренных разделом 4 настоящего Договора, Автор обязан по письменному требованию Приобретателя предоставить необходимые сведения и документы для защиты прав и законных интересов Приобретателя и возместить причиненные Приобретателю документально подтвержденные убытки в случаях и пределах, установленных законодательством Российской Федерации.</w:t>
      </w:r>
    </w:p>
    <w:p w14:paraId="5EF02BE4" w14:textId="20E66F55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6.3.</w:t>
      </w:r>
      <w:r>
        <w:t> </w:t>
      </w:r>
      <w:r w:rsidRPr="00476585">
        <w:rPr>
          <w:lang w:val="ru-RU"/>
        </w:rPr>
        <w:t xml:space="preserve">Сторона </w:t>
      </w:r>
      <w:r w:rsidR="002A03A1">
        <w:rPr>
          <w:lang w:val="ru-RU"/>
        </w:rPr>
        <w:t>не несет ответственности за неисполнение или ненадлежащее исполнение обязательства при отсутствии ее вины, если иное не предусмотрено законодательством Российской Федерации или настоящим Договором</w:t>
      </w:r>
      <w:r w:rsidRPr="00476585">
        <w:rPr>
          <w:lang w:val="ru-RU"/>
        </w:rPr>
        <w:t>.</w:t>
      </w:r>
      <w:r w:rsidR="002A03A1">
        <w:rPr>
          <w:lang w:val="ru-RU"/>
        </w:rPr>
        <w:t xml:space="preserve"> Отсутствие вины</w:t>
      </w:r>
      <w:r w:rsidR="003A5016">
        <w:rPr>
          <w:lang w:val="ru-RU"/>
        </w:rPr>
        <w:t xml:space="preserve"> доказывается Стороной, нарушившей обязательство. В случаях, когда ответственность за нарушение обязательства наступает независимо от вины, Сторона освобождается от ответственности,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3ED0C443" w14:textId="660A5FA7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7.</w:t>
      </w:r>
      <w:r>
        <w:rPr>
          <w:b/>
        </w:rPr>
        <w:t> </w:t>
      </w:r>
      <w:r w:rsidRPr="00476585">
        <w:rPr>
          <w:b/>
          <w:lang w:val="ru-RU"/>
        </w:rPr>
        <w:t>ПЕРСОНАЛЬНЫЕ ДАННЫЕ</w:t>
      </w:r>
    </w:p>
    <w:p w14:paraId="33EBE824" w14:textId="214FC8FD" w:rsidR="006A2477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7.1.</w:t>
      </w:r>
      <w:r>
        <w:t> </w:t>
      </w:r>
      <w:r w:rsidRPr="00476585">
        <w:rPr>
          <w:lang w:val="ru-RU"/>
        </w:rPr>
        <w:t>Приобретатель</w:t>
      </w:r>
      <w:r w:rsidR="007856BB">
        <w:rPr>
          <w:lang w:val="ru-RU"/>
        </w:rPr>
        <w:t xml:space="preserve"> является оператором персональных данных Автора и осуществляет их обработку в объеме</w:t>
      </w:r>
      <w:r w:rsidRPr="00476585">
        <w:rPr>
          <w:lang w:val="ru-RU"/>
        </w:rPr>
        <w:t>, необходим</w:t>
      </w:r>
      <w:r w:rsidR="006A2477">
        <w:rPr>
          <w:lang w:val="ru-RU"/>
        </w:rPr>
        <w:t>ом</w:t>
      </w:r>
      <w:r w:rsidRPr="00476585">
        <w:rPr>
          <w:lang w:val="ru-RU"/>
        </w:rPr>
        <w:t xml:space="preserve"> для заключения и исполнения настоящего Договора, </w:t>
      </w:r>
      <w:r w:rsidR="006A2477">
        <w:rPr>
          <w:lang w:val="ru-RU"/>
        </w:rPr>
        <w:t xml:space="preserve">оформления </w:t>
      </w:r>
      <w:r w:rsidR="006A2477">
        <w:rPr>
          <w:lang w:val="ru-RU"/>
        </w:rPr>
        <w:br/>
        <w:t xml:space="preserve">и </w:t>
      </w:r>
      <w:r w:rsidRPr="00476585">
        <w:rPr>
          <w:lang w:val="ru-RU"/>
        </w:rPr>
        <w:t>учета приобретенного исключительного права</w:t>
      </w:r>
      <w:r w:rsidR="006A2477">
        <w:rPr>
          <w:lang w:val="ru-RU"/>
        </w:rPr>
        <w:t xml:space="preserve"> на Произведение</w:t>
      </w:r>
      <w:r w:rsidRPr="00476585">
        <w:rPr>
          <w:lang w:val="ru-RU"/>
        </w:rPr>
        <w:t>, редакционно-издательской подготовки и опубликования Произведения, ведения бухгалтерского</w:t>
      </w:r>
      <w:r w:rsidR="0006321E">
        <w:rPr>
          <w:lang w:val="ru-RU"/>
        </w:rPr>
        <w:t xml:space="preserve"> </w:t>
      </w:r>
      <w:r w:rsidR="006A2477">
        <w:rPr>
          <w:lang w:val="ru-RU"/>
        </w:rPr>
        <w:t>учета</w:t>
      </w:r>
      <w:r w:rsidR="0006321E">
        <w:rPr>
          <w:lang w:val="ru-RU"/>
        </w:rPr>
        <w:t>,</w:t>
      </w:r>
      <w:r w:rsidR="006A2477">
        <w:rPr>
          <w:lang w:val="ru-RU"/>
        </w:rPr>
        <w:t xml:space="preserve"> составления бухгалтерской (финансовой) отчетности, ведения</w:t>
      </w:r>
      <w:r w:rsidR="0006321E">
        <w:rPr>
          <w:lang w:val="ru-RU"/>
        </w:rPr>
        <w:t xml:space="preserve"> налогового</w:t>
      </w:r>
      <w:r w:rsidRPr="00476585">
        <w:rPr>
          <w:lang w:val="ru-RU"/>
        </w:rPr>
        <w:t xml:space="preserve"> и иного обязательного учета, </w:t>
      </w:r>
      <w:r w:rsidR="006A2477">
        <w:rPr>
          <w:lang w:val="ru-RU"/>
        </w:rPr>
        <w:t>исполнения иных обязанностей, возложенных на Приобретателя законодательством Российской Федерации, а также предъявления, рассмотрения и раз</w:t>
      </w:r>
      <w:r w:rsidR="003A5016">
        <w:rPr>
          <w:lang w:val="ru-RU"/>
        </w:rPr>
        <w:t>решения</w:t>
      </w:r>
      <w:r w:rsidR="006A2477">
        <w:rPr>
          <w:lang w:val="ru-RU"/>
        </w:rPr>
        <w:t xml:space="preserve"> требований, претензий и споров, связанных с настоящим Договором.</w:t>
      </w:r>
    </w:p>
    <w:p w14:paraId="6A061089" w14:textId="045D1509" w:rsidR="0007633A" w:rsidRPr="00476585" w:rsidRDefault="006A2477" w:rsidP="00476585">
      <w:pPr>
        <w:ind w:firstLine="567"/>
        <w:jc w:val="both"/>
        <w:rPr>
          <w:lang w:val="ru-RU"/>
        </w:rPr>
      </w:pPr>
      <w:r>
        <w:rPr>
          <w:lang w:val="ru-RU"/>
        </w:rPr>
        <w:t xml:space="preserve">Обработка персональных данных осуществляется </w:t>
      </w:r>
      <w:r w:rsidR="00374FD1" w:rsidRPr="00476585">
        <w:rPr>
          <w:lang w:val="ru-RU"/>
        </w:rPr>
        <w:t xml:space="preserve">в соответствии с Федеральным законом </w:t>
      </w:r>
      <w:r>
        <w:rPr>
          <w:lang w:val="ru-RU"/>
        </w:rPr>
        <w:br/>
      </w:r>
      <w:r w:rsidR="00374FD1" w:rsidRPr="00476585">
        <w:rPr>
          <w:lang w:val="ru-RU"/>
        </w:rPr>
        <w:t>от 27 июля 2006 г. №</w:t>
      </w:r>
      <w:r w:rsidR="0021187A">
        <w:rPr>
          <w:lang w:val="ru-RU"/>
        </w:rPr>
        <w:t> </w:t>
      </w:r>
      <w:r w:rsidR="00374FD1" w:rsidRPr="00476585">
        <w:rPr>
          <w:lang w:val="ru-RU"/>
        </w:rPr>
        <w:t>152-ФЗ «О персональных данных»</w:t>
      </w:r>
      <w:r>
        <w:rPr>
          <w:lang w:val="ru-RU"/>
        </w:rPr>
        <w:t>, иными нормативными правовыми актами Российской Федерации</w:t>
      </w:r>
      <w:r w:rsidR="00374FD1" w:rsidRPr="00476585">
        <w:rPr>
          <w:lang w:val="ru-RU"/>
        </w:rPr>
        <w:t xml:space="preserve"> и локальными нормативными актами Приобретателя</w:t>
      </w:r>
      <w:r>
        <w:rPr>
          <w:lang w:val="ru-RU"/>
        </w:rPr>
        <w:t xml:space="preserve"> в области обработки </w:t>
      </w:r>
      <w:r>
        <w:rPr>
          <w:lang w:val="ru-RU"/>
        </w:rPr>
        <w:br/>
        <w:t>и защиты персональных данных</w:t>
      </w:r>
      <w:r w:rsidR="00374FD1" w:rsidRPr="00476585">
        <w:rPr>
          <w:lang w:val="ru-RU"/>
        </w:rPr>
        <w:t>.</w:t>
      </w:r>
    </w:p>
    <w:p w14:paraId="05B53B94" w14:textId="497B0923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7.2.</w:t>
      </w:r>
      <w:r>
        <w:t> </w:t>
      </w:r>
      <w:r w:rsidRPr="00476585">
        <w:rPr>
          <w:lang w:val="ru-RU"/>
        </w:rPr>
        <w:t xml:space="preserve">Распространение персональных данных Автора, содержащихся в Произведении, сведениях об Авторе и метаданных </w:t>
      </w:r>
      <w:r w:rsidR="006A2477">
        <w:rPr>
          <w:lang w:val="ru-RU"/>
        </w:rPr>
        <w:t>Произведения</w:t>
      </w:r>
      <w:r w:rsidRPr="00476585">
        <w:rPr>
          <w:lang w:val="ru-RU"/>
        </w:rPr>
        <w:t xml:space="preserve">, осуществляется </w:t>
      </w:r>
      <w:r w:rsidR="006A2477">
        <w:rPr>
          <w:lang w:val="ru-RU"/>
        </w:rPr>
        <w:t>на основании</w:t>
      </w:r>
      <w:r w:rsidRPr="00476585">
        <w:rPr>
          <w:lang w:val="ru-RU"/>
        </w:rPr>
        <w:t xml:space="preserve"> отдельного</w:t>
      </w:r>
      <w:r w:rsidR="007856BB">
        <w:rPr>
          <w:lang w:val="ru-RU"/>
        </w:rPr>
        <w:t xml:space="preserve"> </w:t>
      </w:r>
      <w:r w:rsidRPr="00476585">
        <w:rPr>
          <w:lang w:val="ru-RU"/>
        </w:rPr>
        <w:t xml:space="preserve">согласия Автора </w:t>
      </w:r>
      <w:r w:rsidR="006A2477">
        <w:rPr>
          <w:lang w:val="ru-RU"/>
        </w:rPr>
        <w:br/>
      </w:r>
      <w:r w:rsidRPr="00476585">
        <w:rPr>
          <w:lang w:val="ru-RU"/>
        </w:rPr>
        <w:t xml:space="preserve">на </w:t>
      </w:r>
      <w:r w:rsidR="006A2477">
        <w:rPr>
          <w:lang w:val="ru-RU"/>
        </w:rPr>
        <w:t>обработку</w:t>
      </w:r>
      <w:r w:rsidRPr="00476585">
        <w:rPr>
          <w:lang w:val="ru-RU"/>
        </w:rPr>
        <w:t xml:space="preserve"> персональных данных</w:t>
      </w:r>
      <w:r w:rsidR="006A2477">
        <w:rPr>
          <w:lang w:val="ru-RU"/>
        </w:rPr>
        <w:t>, разрешенных субъекто</w:t>
      </w:r>
      <w:r w:rsidR="00F457B0">
        <w:rPr>
          <w:lang w:val="ru-RU"/>
        </w:rPr>
        <w:t>м</w:t>
      </w:r>
      <w:r w:rsidR="006A2477">
        <w:rPr>
          <w:lang w:val="ru-RU"/>
        </w:rPr>
        <w:t xml:space="preserve"> персональных данных для распространения,</w:t>
      </w:r>
      <w:r w:rsidRPr="00476585">
        <w:rPr>
          <w:lang w:val="ru-RU"/>
        </w:rPr>
        <w:t xml:space="preserve"> в случаях, когда </w:t>
      </w:r>
      <w:r w:rsidR="006A2477">
        <w:rPr>
          <w:lang w:val="ru-RU"/>
        </w:rPr>
        <w:t xml:space="preserve">получение </w:t>
      </w:r>
      <w:r w:rsidRPr="00476585">
        <w:rPr>
          <w:lang w:val="ru-RU"/>
        </w:rPr>
        <w:t>тако</w:t>
      </w:r>
      <w:r w:rsidR="006A2477">
        <w:rPr>
          <w:lang w:val="ru-RU"/>
        </w:rPr>
        <w:t>го</w:t>
      </w:r>
      <w:r w:rsidRPr="00476585">
        <w:rPr>
          <w:lang w:val="ru-RU"/>
        </w:rPr>
        <w:t xml:space="preserve"> согласи</w:t>
      </w:r>
      <w:r w:rsidR="006A2477">
        <w:rPr>
          <w:lang w:val="ru-RU"/>
        </w:rPr>
        <w:t>я</w:t>
      </w:r>
      <w:r w:rsidRPr="00476585">
        <w:rPr>
          <w:lang w:val="ru-RU"/>
        </w:rPr>
        <w:t xml:space="preserve"> </w:t>
      </w:r>
      <w:r w:rsidR="006A2477">
        <w:rPr>
          <w:lang w:val="ru-RU"/>
        </w:rPr>
        <w:t>предусмотрено</w:t>
      </w:r>
      <w:r w:rsidRPr="00476585">
        <w:rPr>
          <w:lang w:val="ru-RU"/>
        </w:rPr>
        <w:t xml:space="preserve"> законодательством Российской Федерации.</w:t>
      </w:r>
    </w:p>
    <w:p w14:paraId="6BB2BE9D" w14:textId="77777777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8.</w:t>
      </w:r>
      <w:r>
        <w:rPr>
          <w:b/>
        </w:rPr>
        <w:t> </w:t>
      </w:r>
      <w:r w:rsidRPr="00476585">
        <w:rPr>
          <w:b/>
          <w:lang w:val="ru-RU"/>
        </w:rPr>
        <w:t>АНТИКОРРУПЦИОННАЯ ОГОВОРКА</w:t>
      </w:r>
    </w:p>
    <w:p w14:paraId="43477735" w14:textId="2D57B92F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8.1.</w:t>
      </w:r>
      <w:r>
        <w:t> </w:t>
      </w:r>
      <w:r w:rsidRPr="00476585">
        <w:rPr>
          <w:lang w:val="ru-RU"/>
        </w:rPr>
        <w:t xml:space="preserve">Стороны обязуются соблюдать требования законодательства Российской Федерации </w:t>
      </w:r>
      <w:r w:rsidR="00220394">
        <w:rPr>
          <w:lang w:val="ru-RU"/>
        </w:rPr>
        <w:br/>
      </w:r>
      <w:r w:rsidRPr="00476585">
        <w:rPr>
          <w:lang w:val="ru-RU"/>
        </w:rPr>
        <w:t>о противодействии коррупции, включая Федеральный закон от 25 декабря 2008 г. №</w:t>
      </w:r>
      <w:r w:rsidR="00220394">
        <w:rPr>
          <w:lang w:val="ru-RU"/>
        </w:rPr>
        <w:t> </w:t>
      </w:r>
      <w:r w:rsidRPr="00476585">
        <w:rPr>
          <w:lang w:val="ru-RU"/>
        </w:rPr>
        <w:t xml:space="preserve">273-ФЗ </w:t>
      </w:r>
      <w:r w:rsidR="00220394">
        <w:rPr>
          <w:lang w:val="ru-RU"/>
        </w:rPr>
        <w:br/>
      </w:r>
      <w:r w:rsidRPr="00476585">
        <w:rPr>
          <w:lang w:val="ru-RU"/>
        </w:rPr>
        <w:t>«О противодействии коррупции».</w:t>
      </w:r>
    </w:p>
    <w:p w14:paraId="0CA8949A" w14:textId="518479FA" w:rsidR="00726F23" w:rsidRPr="007543EA" w:rsidRDefault="00374FD1" w:rsidP="007543EA">
      <w:pPr>
        <w:ind w:firstLine="567"/>
        <w:jc w:val="both"/>
        <w:rPr>
          <w:lang w:val="ru-RU"/>
        </w:rPr>
      </w:pPr>
      <w:r w:rsidRPr="00476585">
        <w:rPr>
          <w:lang w:val="ru-RU"/>
        </w:rPr>
        <w:t>8.2.</w:t>
      </w:r>
      <w:r>
        <w:t> </w:t>
      </w:r>
      <w:r w:rsidRPr="00476585">
        <w:rPr>
          <w:lang w:val="ru-RU"/>
        </w:rPr>
        <w:t>Автор обязуется не предлагать, не обещать, не предоставлять и не передавать работникам Приобретателя, его представителям или иным связанным с ним лицам денежные средства, подарки, безвозмездные услуги, имущественные права, вознаграждения или иные преимущества в целях получения неправомерных выгод при заключении и (или) исполнении настоящего Договора.</w:t>
      </w:r>
    </w:p>
    <w:p w14:paraId="68F0BEC8" w14:textId="0BE93525" w:rsidR="0007633A" w:rsidRPr="00476585" w:rsidRDefault="00374FD1" w:rsidP="00476585">
      <w:pPr>
        <w:spacing w:before="140" w:after="60"/>
        <w:jc w:val="center"/>
        <w:rPr>
          <w:lang w:val="ru-RU"/>
        </w:rPr>
      </w:pPr>
      <w:r w:rsidRPr="00476585">
        <w:rPr>
          <w:b/>
          <w:lang w:val="ru-RU"/>
        </w:rPr>
        <w:t>9.</w:t>
      </w:r>
      <w:r>
        <w:rPr>
          <w:b/>
        </w:rPr>
        <w:t> </w:t>
      </w:r>
      <w:r w:rsidRPr="00476585">
        <w:rPr>
          <w:b/>
          <w:lang w:val="ru-RU"/>
        </w:rPr>
        <w:t>ЗАКЛЮЧИТЕЛЬНЫЕ ПОЛОЖЕНИЯ</w:t>
      </w:r>
    </w:p>
    <w:p w14:paraId="76D3F411" w14:textId="6EBFC59C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9.1.</w:t>
      </w:r>
      <w:r>
        <w:t> </w:t>
      </w:r>
      <w:r w:rsidRPr="00476585">
        <w:rPr>
          <w:lang w:val="ru-RU"/>
        </w:rPr>
        <w:t xml:space="preserve">Настоящий Договор вступает в силу </w:t>
      </w:r>
      <w:r w:rsidR="00FB6CAD">
        <w:rPr>
          <w:lang w:val="ru-RU"/>
        </w:rPr>
        <w:t xml:space="preserve">с </w:t>
      </w:r>
      <w:r w:rsidR="00144652">
        <w:rPr>
          <w:lang w:val="ru-RU"/>
        </w:rPr>
        <w:t>момента его заключения</w:t>
      </w:r>
      <w:r w:rsidRPr="00476585">
        <w:rPr>
          <w:lang w:val="ru-RU"/>
        </w:rPr>
        <w:t>. Переход исключительного права на Произведение осуществляется в порядке и в момент, предусмотренные разделом 2 настоящего Договора.</w:t>
      </w:r>
    </w:p>
    <w:p w14:paraId="3C472238" w14:textId="77777777" w:rsidR="0007633A" w:rsidRPr="00476585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lastRenderedPageBreak/>
        <w:t>9.2.</w:t>
      </w:r>
      <w:r>
        <w:t> </w:t>
      </w:r>
      <w:r w:rsidRPr="00476585">
        <w:rPr>
          <w:lang w:val="ru-RU"/>
        </w:rPr>
        <w:t>Изменения и дополнения к настоящему Договору действительны при условии их совершения в письменной форме и подписания Сторонами либо их надлежаще уполномоченными представителями.</w:t>
      </w:r>
    </w:p>
    <w:p w14:paraId="0FF88381" w14:textId="05A3A344" w:rsidR="0007633A" w:rsidRDefault="00374FD1" w:rsidP="00476585">
      <w:pPr>
        <w:ind w:firstLine="567"/>
        <w:jc w:val="both"/>
        <w:rPr>
          <w:lang w:val="ru-RU"/>
        </w:rPr>
      </w:pPr>
      <w:r w:rsidRPr="00476585">
        <w:rPr>
          <w:lang w:val="ru-RU"/>
        </w:rPr>
        <w:t>9.3.</w:t>
      </w:r>
      <w:r>
        <w:t> </w:t>
      </w:r>
      <w:r w:rsidRPr="00476585">
        <w:rPr>
          <w:lang w:val="ru-RU"/>
        </w:rPr>
        <w:t>Споры и разногласия, возникающие из настоящего Договора или в связи с ним, Стороны стремятся урегулировать путем переговоров, а при недостижении соглашения разрешают в порядке, установленном законодательством Российской Федерации.</w:t>
      </w:r>
    </w:p>
    <w:p w14:paraId="311470A3" w14:textId="677D69AC" w:rsidR="00220394" w:rsidRPr="00476585" w:rsidRDefault="00220394" w:rsidP="00220394">
      <w:pPr>
        <w:ind w:firstLine="567"/>
        <w:jc w:val="both"/>
        <w:rPr>
          <w:lang w:val="ru-RU"/>
        </w:rPr>
      </w:pPr>
      <w:r>
        <w:rPr>
          <w:lang w:val="ru-RU"/>
        </w:rPr>
        <w:t>9</w:t>
      </w:r>
      <w:r w:rsidRPr="00476585">
        <w:rPr>
          <w:lang w:val="ru-RU"/>
        </w:rPr>
        <w:t>.</w:t>
      </w:r>
      <w:r>
        <w:rPr>
          <w:lang w:val="ru-RU"/>
        </w:rPr>
        <w:t>4</w:t>
      </w:r>
      <w:r w:rsidRPr="00476585">
        <w:rPr>
          <w:lang w:val="ru-RU"/>
        </w:rPr>
        <w:t>.</w:t>
      </w:r>
      <w:r>
        <w:t> </w:t>
      </w:r>
      <w:r w:rsidRPr="00476585">
        <w:rPr>
          <w:lang w:val="ru-RU"/>
        </w:rPr>
        <w:t>Стороны вправе направлять уведомления, запросы, ответы</w:t>
      </w:r>
      <w:r w:rsidR="00AD1ECD">
        <w:rPr>
          <w:lang w:val="ru-RU"/>
        </w:rPr>
        <w:t xml:space="preserve">, </w:t>
      </w:r>
      <w:r w:rsidRPr="00476585">
        <w:rPr>
          <w:lang w:val="ru-RU"/>
        </w:rPr>
        <w:t>иные документы</w:t>
      </w:r>
      <w:r w:rsidR="006D744B">
        <w:rPr>
          <w:lang w:val="ru-RU"/>
        </w:rPr>
        <w:t xml:space="preserve"> и сведения</w:t>
      </w:r>
      <w:r w:rsidRPr="00476585">
        <w:rPr>
          <w:lang w:val="ru-RU"/>
        </w:rPr>
        <w:t xml:space="preserve">, связанные с исполнением настоящего Договора, </w:t>
      </w:r>
      <w:r w:rsidR="00AD1ECD">
        <w:rPr>
          <w:lang w:val="ru-RU"/>
        </w:rPr>
        <w:t>посредством</w:t>
      </w:r>
      <w:r w:rsidR="006D744B">
        <w:rPr>
          <w:lang w:val="ru-RU"/>
        </w:rPr>
        <w:t xml:space="preserve"> электронной почты</w:t>
      </w:r>
      <w:r w:rsidR="00AD1ECD">
        <w:rPr>
          <w:lang w:val="ru-RU"/>
        </w:rPr>
        <w:t xml:space="preserve"> с адресов</w:t>
      </w:r>
      <w:r w:rsidR="006D744B">
        <w:rPr>
          <w:lang w:val="ru-RU"/>
        </w:rPr>
        <w:t>, указанных</w:t>
      </w:r>
      <w:r w:rsidR="00AD1ECD">
        <w:rPr>
          <w:lang w:val="ru-RU"/>
        </w:rPr>
        <w:t xml:space="preserve"> </w:t>
      </w:r>
      <w:r w:rsidRPr="00476585">
        <w:rPr>
          <w:lang w:val="ru-RU"/>
        </w:rPr>
        <w:t>в разделе 10 настоящего Договора. Передача Произведения в э</w:t>
      </w:r>
      <w:r w:rsidR="006D744B">
        <w:rPr>
          <w:lang w:val="ru-RU"/>
        </w:rPr>
        <w:t>лектронной форме осуществляется</w:t>
      </w:r>
      <w:r w:rsidR="00AD1ECD">
        <w:rPr>
          <w:lang w:val="ru-RU"/>
        </w:rPr>
        <w:t xml:space="preserve"> </w:t>
      </w:r>
      <w:r w:rsidRPr="00476585">
        <w:rPr>
          <w:lang w:val="ru-RU"/>
        </w:rPr>
        <w:t>в порядке, предусмотренном разделом 2 настоящего Договора.</w:t>
      </w:r>
    </w:p>
    <w:p w14:paraId="1DC4763A" w14:textId="1A98DB09" w:rsidR="00AD1ECD" w:rsidRDefault="00220394" w:rsidP="00220394">
      <w:pPr>
        <w:ind w:firstLine="567"/>
        <w:jc w:val="both"/>
        <w:rPr>
          <w:lang w:val="ru-RU"/>
        </w:rPr>
      </w:pPr>
      <w:r>
        <w:rPr>
          <w:lang w:val="ru-RU"/>
        </w:rPr>
        <w:t>9</w:t>
      </w:r>
      <w:r w:rsidRPr="00476585">
        <w:rPr>
          <w:lang w:val="ru-RU"/>
        </w:rPr>
        <w:t>.</w:t>
      </w:r>
      <w:r>
        <w:rPr>
          <w:lang w:val="ru-RU"/>
        </w:rPr>
        <w:t>5</w:t>
      </w:r>
      <w:r w:rsidRPr="00476585">
        <w:rPr>
          <w:lang w:val="ru-RU"/>
        </w:rPr>
        <w:t>.</w:t>
      </w:r>
      <w:r>
        <w:t> </w:t>
      </w:r>
      <w:r w:rsidRPr="00476585">
        <w:rPr>
          <w:lang w:val="ru-RU"/>
        </w:rPr>
        <w:t>Настоящий Договор заключается в письменной форме путем подписания Сторонами</w:t>
      </w:r>
      <w:r w:rsidR="006D744B">
        <w:rPr>
          <w:lang w:val="ru-RU"/>
        </w:rPr>
        <w:t xml:space="preserve"> документа на бумажном носителе </w:t>
      </w:r>
      <w:r w:rsidR="00AD1ECD">
        <w:rPr>
          <w:lang w:val="ru-RU"/>
        </w:rPr>
        <w:t>либо путем обмена сканированными образами</w:t>
      </w:r>
      <w:r w:rsidR="006F7E57">
        <w:rPr>
          <w:lang w:val="ru-RU"/>
        </w:rPr>
        <w:t xml:space="preserve"> идентичных </w:t>
      </w:r>
      <w:r w:rsidR="006F7E57">
        <w:rPr>
          <w:lang w:val="ru-RU"/>
        </w:rPr>
        <w:br/>
        <w:t>по содержанию</w:t>
      </w:r>
      <w:r w:rsidR="00AD1ECD">
        <w:rPr>
          <w:lang w:val="ru-RU"/>
        </w:rPr>
        <w:t xml:space="preserve"> экземпляров Договора, </w:t>
      </w:r>
      <w:r w:rsidR="006F7E57">
        <w:rPr>
          <w:lang w:val="ru-RU"/>
        </w:rPr>
        <w:t>подписанных Сторонами собственноручно</w:t>
      </w:r>
      <w:r w:rsidR="00AD1ECD">
        <w:rPr>
          <w:lang w:val="ru-RU"/>
        </w:rPr>
        <w:t>.</w:t>
      </w:r>
    </w:p>
    <w:p w14:paraId="3E156006" w14:textId="5146716B" w:rsidR="00536F03" w:rsidRDefault="00536F03" w:rsidP="00220394">
      <w:pPr>
        <w:ind w:firstLine="567"/>
        <w:jc w:val="both"/>
        <w:rPr>
          <w:lang w:val="ru-RU"/>
        </w:rPr>
      </w:pPr>
      <w:r>
        <w:rPr>
          <w:lang w:val="ru-RU"/>
        </w:rPr>
        <w:t xml:space="preserve">При подписании настоящего Договора на бумажном носителе он составляется </w:t>
      </w:r>
      <w:r w:rsidR="00472B2B">
        <w:rPr>
          <w:lang w:val="ru-RU"/>
        </w:rPr>
        <w:t>в двух экземплярах, имеющих равную юридическую силу, по одному экземпляру для каждой из Сторон</w:t>
      </w:r>
      <w:r w:rsidR="00220394" w:rsidRPr="00476585">
        <w:rPr>
          <w:lang w:val="ru-RU"/>
        </w:rPr>
        <w:t>.</w:t>
      </w:r>
    </w:p>
    <w:p w14:paraId="1679FB7A" w14:textId="66F3635C" w:rsidR="00536F03" w:rsidRDefault="00536F03" w:rsidP="00220394">
      <w:pPr>
        <w:ind w:firstLine="567"/>
        <w:jc w:val="both"/>
        <w:rPr>
          <w:lang w:val="ru-RU"/>
        </w:rPr>
      </w:pPr>
      <w:r>
        <w:rPr>
          <w:lang w:val="ru-RU"/>
        </w:rPr>
        <w:t xml:space="preserve">Обмен сканированными образами подписанных экземпляров Договора осуществляется </w:t>
      </w:r>
      <w:r>
        <w:rPr>
          <w:lang w:val="ru-RU"/>
        </w:rPr>
        <w:br/>
        <w:t>с адресов электронной почты, указанных в разделе 10 настоящего Договора. Стороны признают такой способ обмена позволяющим достоверно определить Сторону, от которой исходит соответствующий докуме</w:t>
      </w:r>
      <w:r w:rsidR="00365376">
        <w:rPr>
          <w:lang w:val="ru-RU"/>
        </w:rPr>
        <w:t>нт, и обеспечивающим соблюдение</w:t>
      </w:r>
      <w:r>
        <w:rPr>
          <w:lang w:val="ru-RU"/>
        </w:rPr>
        <w:t xml:space="preserve"> письменной формы настоящего Договора.</w:t>
      </w:r>
    </w:p>
    <w:p w14:paraId="4528F8A2" w14:textId="672ADDCB" w:rsidR="006D744B" w:rsidRDefault="006D744B" w:rsidP="00220394">
      <w:pPr>
        <w:ind w:firstLine="567"/>
        <w:jc w:val="both"/>
        <w:rPr>
          <w:lang w:val="ru-RU"/>
        </w:rPr>
      </w:pPr>
      <w:r>
        <w:rPr>
          <w:lang w:val="ru-RU"/>
        </w:rPr>
        <w:t>9.6. </w:t>
      </w:r>
      <w:r w:rsidR="00536F03">
        <w:rPr>
          <w:lang w:val="ru-RU"/>
        </w:rPr>
        <w:t>В случае</w:t>
      </w:r>
      <w:r>
        <w:rPr>
          <w:lang w:val="ru-RU"/>
        </w:rPr>
        <w:t xml:space="preserve"> заключени</w:t>
      </w:r>
      <w:r w:rsidR="00536F03">
        <w:rPr>
          <w:lang w:val="ru-RU"/>
        </w:rPr>
        <w:t>я</w:t>
      </w:r>
      <w:r>
        <w:rPr>
          <w:lang w:val="ru-RU"/>
        </w:rPr>
        <w:t xml:space="preserve"> настоящего Договора путем обмена сканированными образами </w:t>
      </w:r>
      <w:r>
        <w:rPr>
          <w:lang w:val="ru-RU"/>
        </w:rPr>
        <w:br/>
      </w:r>
      <w:r w:rsidR="00536F03">
        <w:rPr>
          <w:lang w:val="ru-RU"/>
        </w:rPr>
        <w:t>подписанных экземпляров по требованию одной из Сторон другая Сторона направляет ей экземпляр настоящего Договора</w:t>
      </w:r>
      <w:r>
        <w:rPr>
          <w:lang w:val="ru-RU"/>
        </w:rPr>
        <w:t xml:space="preserve"> на бумажном носителе с собственноручн</w:t>
      </w:r>
      <w:r w:rsidR="00536F03">
        <w:rPr>
          <w:lang w:val="ru-RU"/>
        </w:rPr>
        <w:t>ой</w:t>
      </w:r>
      <w:r>
        <w:rPr>
          <w:lang w:val="ru-RU"/>
        </w:rPr>
        <w:t xml:space="preserve"> подпис</w:t>
      </w:r>
      <w:r w:rsidR="00536F03">
        <w:rPr>
          <w:lang w:val="ru-RU"/>
        </w:rPr>
        <w:t>ью.</w:t>
      </w:r>
    </w:p>
    <w:p w14:paraId="7A8592F3" w14:textId="77777777" w:rsidR="0007633A" w:rsidRPr="000E48B8" w:rsidRDefault="00374FD1" w:rsidP="00476585">
      <w:pPr>
        <w:spacing w:before="140" w:after="60"/>
        <w:jc w:val="center"/>
        <w:rPr>
          <w:lang w:val="ru-RU"/>
        </w:rPr>
      </w:pPr>
      <w:r w:rsidRPr="000E48B8">
        <w:rPr>
          <w:b/>
          <w:lang w:val="ru-RU"/>
        </w:rPr>
        <w:t>10.</w:t>
      </w:r>
      <w:r>
        <w:rPr>
          <w:b/>
        </w:rPr>
        <w:t> </w:t>
      </w:r>
      <w:r w:rsidRPr="000E48B8">
        <w:rPr>
          <w:b/>
          <w:lang w:val="ru-RU"/>
        </w:rPr>
        <w:t>АДРЕСА, РЕКВИЗИТЫ И ПОДПИСИ СТОРОН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259"/>
        <w:gridCol w:w="5098"/>
      </w:tblGrid>
      <w:tr w:rsidR="00554381" w:rsidRPr="00413C36" w14:paraId="0397E39D" w14:textId="77777777" w:rsidTr="00B75DF9">
        <w:trPr>
          <w:cantSplit/>
          <w:jc w:val="center"/>
        </w:trPr>
        <w:tc>
          <w:tcPr>
            <w:tcW w:w="460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D9C1C1" w14:textId="0188FF01" w:rsidR="00554381" w:rsidRPr="00D11762" w:rsidRDefault="00554381" w:rsidP="00554381">
            <w:pPr>
              <w:jc w:val="center"/>
              <w:rPr>
                <w:b/>
                <w:bCs/>
                <w:sz w:val="22"/>
                <w:lang w:val="ru-RU"/>
              </w:rPr>
            </w:pPr>
            <w:r w:rsidRPr="00D11762">
              <w:rPr>
                <w:b/>
                <w:bCs/>
                <w:sz w:val="22"/>
                <w:lang w:val="ru-RU"/>
              </w:rPr>
              <w:t>Приобретатель</w:t>
            </w:r>
          </w:p>
          <w:p w14:paraId="07810373" w14:textId="77777777" w:rsidR="00554381" w:rsidRDefault="00554381" w:rsidP="00554381">
            <w:pPr>
              <w:jc w:val="center"/>
              <w:rPr>
                <w:sz w:val="20"/>
                <w:szCs w:val="20"/>
                <w:lang w:val="ru-RU"/>
              </w:rPr>
            </w:pPr>
          </w:p>
          <w:p w14:paraId="16A84DA6" w14:textId="02E0DCBD" w:rsidR="00554381" w:rsidRPr="00BA563E" w:rsidRDefault="00554381" w:rsidP="00554381">
            <w:pPr>
              <w:jc w:val="center"/>
              <w:rPr>
                <w:sz w:val="22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Федеральное государственное бюджетное научное учреждение «Институт проблем искусственного интеллекта»</w:t>
            </w:r>
          </w:p>
          <w:p w14:paraId="51B7A535" w14:textId="77777777" w:rsidR="00554381" w:rsidRPr="00BA563E" w:rsidRDefault="00554381" w:rsidP="00B75DF9">
            <w:pPr>
              <w:rPr>
                <w:sz w:val="22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адрес: 283048, Донецкая Народная Республика, г.о. Донецк, г. Донецк, ул. Артема, д. 118б</w:t>
            </w:r>
          </w:p>
          <w:p w14:paraId="0D49BC2C" w14:textId="77777777" w:rsidR="00554381" w:rsidRPr="00BA563E" w:rsidRDefault="00554381" w:rsidP="00B75DF9">
            <w:pPr>
              <w:rPr>
                <w:sz w:val="22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ОГРН: 1229300155182</w:t>
            </w:r>
          </w:p>
          <w:p w14:paraId="60C49642" w14:textId="77777777" w:rsidR="00554381" w:rsidRPr="00BA563E" w:rsidRDefault="00554381" w:rsidP="00B75DF9">
            <w:pPr>
              <w:rPr>
                <w:sz w:val="22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ИНН/КПП: 9309021845/930901001</w:t>
            </w:r>
          </w:p>
          <w:p w14:paraId="6B740CAF" w14:textId="77777777" w:rsidR="00554381" w:rsidRPr="00BA563E" w:rsidRDefault="00554381" w:rsidP="00B75DF9">
            <w:pPr>
              <w:rPr>
                <w:sz w:val="22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телефон: +7(856) 311-34-24</w:t>
            </w:r>
          </w:p>
          <w:p w14:paraId="5E177BC6" w14:textId="63523C84" w:rsidR="00554381" w:rsidRPr="00E75697" w:rsidRDefault="00554381" w:rsidP="00B75DF9">
            <w:pPr>
              <w:spacing w:after="200"/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 xml:space="preserve">адрес электронной почты: </w:t>
            </w:r>
            <w:r w:rsidR="00E75697" w:rsidRPr="00646431">
              <w:rPr>
                <w:sz w:val="20"/>
                <w:szCs w:val="20"/>
              </w:rPr>
              <w:t>gu</w:t>
            </w:r>
            <w:r w:rsidR="00E75697" w:rsidRPr="00646431">
              <w:rPr>
                <w:sz w:val="20"/>
                <w:szCs w:val="20"/>
                <w:lang w:val="ru-RU"/>
              </w:rPr>
              <w:t>_</w:t>
            </w:r>
            <w:r w:rsidR="00E75697" w:rsidRPr="00646431">
              <w:rPr>
                <w:sz w:val="20"/>
                <w:szCs w:val="20"/>
              </w:rPr>
              <w:t>ipii</w:t>
            </w:r>
            <w:r w:rsidR="00E75697" w:rsidRPr="00646431">
              <w:rPr>
                <w:sz w:val="20"/>
                <w:szCs w:val="20"/>
                <w:lang w:val="ru-RU"/>
              </w:rPr>
              <w:t>@</w:t>
            </w:r>
            <w:r w:rsidR="00E75697" w:rsidRPr="00646431">
              <w:rPr>
                <w:sz w:val="20"/>
                <w:szCs w:val="20"/>
              </w:rPr>
              <w:t>mail</w:t>
            </w:r>
            <w:r w:rsidR="00E75697" w:rsidRPr="00646431">
              <w:rPr>
                <w:sz w:val="20"/>
                <w:szCs w:val="20"/>
                <w:lang w:val="ru-RU"/>
              </w:rPr>
              <w:t>.</w:t>
            </w:r>
            <w:r w:rsidR="00E75697" w:rsidRPr="00646431">
              <w:rPr>
                <w:sz w:val="20"/>
                <w:szCs w:val="20"/>
              </w:rPr>
              <w:t>ru</w:t>
            </w:r>
          </w:p>
          <w:p w14:paraId="302FE699" w14:textId="777E0BB7" w:rsidR="00E75697" w:rsidRDefault="00E75697" w:rsidP="00B75DF9">
            <w:pPr>
              <w:spacing w:after="200"/>
              <w:rPr>
                <w:sz w:val="20"/>
                <w:szCs w:val="20"/>
                <w:lang w:val="ru-RU"/>
              </w:rPr>
            </w:pPr>
          </w:p>
          <w:p w14:paraId="3994664A" w14:textId="510566B4" w:rsidR="00E75697" w:rsidRDefault="00E75697" w:rsidP="00B75DF9">
            <w:pPr>
              <w:spacing w:after="200"/>
              <w:rPr>
                <w:sz w:val="20"/>
                <w:szCs w:val="20"/>
                <w:lang w:val="ru-RU"/>
              </w:rPr>
            </w:pPr>
          </w:p>
          <w:p w14:paraId="5741D77D" w14:textId="77777777" w:rsidR="00E75697" w:rsidRPr="00E75697" w:rsidRDefault="00E75697" w:rsidP="00B75DF9">
            <w:pPr>
              <w:spacing w:after="200"/>
              <w:rPr>
                <w:sz w:val="22"/>
                <w:szCs w:val="20"/>
                <w:lang w:val="ru-RU"/>
              </w:rPr>
            </w:pPr>
          </w:p>
          <w:p w14:paraId="45F451D7" w14:textId="476AAECB" w:rsidR="00554381" w:rsidRDefault="007543EA" w:rsidP="00B75DF9">
            <w:pPr>
              <w:rPr>
                <w:sz w:val="21"/>
                <w:lang w:val="ru-RU"/>
              </w:rPr>
            </w:pPr>
            <w:permStart w:id="2010343190" w:edGrp="everyone"/>
            <w:r>
              <w:rPr>
                <w:sz w:val="21"/>
                <w:lang w:val="ru-RU"/>
              </w:rPr>
              <w:t>И. о. директора</w:t>
            </w:r>
          </w:p>
          <w:p w14:paraId="48F4890F" w14:textId="2A20C0E6" w:rsidR="00554381" w:rsidRPr="004E333F" w:rsidRDefault="00554381" w:rsidP="007543EA">
            <w:pPr>
              <w:spacing w:after="200"/>
              <w:ind w:hanging="46"/>
              <w:rPr>
                <w:lang w:val="ru-RU"/>
              </w:rPr>
            </w:pPr>
            <w:r w:rsidRPr="004E333F">
              <w:rPr>
                <w:sz w:val="15"/>
                <w:lang w:val="ru-RU"/>
              </w:rPr>
              <w:t>наименование должности</w:t>
            </w:r>
          </w:p>
          <w:p w14:paraId="683AEA20" w14:textId="6CD7A3A5" w:rsidR="00554381" w:rsidRPr="004E333F" w:rsidRDefault="00554381" w:rsidP="00B75DF9">
            <w:pPr>
              <w:rPr>
                <w:lang w:val="ru-RU"/>
              </w:rPr>
            </w:pPr>
            <w:r w:rsidRPr="004E333F">
              <w:rPr>
                <w:sz w:val="21"/>
                <w:lang w:val="ru-RU"/>
              </w:rPr>
              <w:t>_____________________</w:t>
            </w:r>
            <w:r w:rsidR="007543EA">
              <w:rPr>
                <w:sz w:val="21"/>
                <w:lang w:val="ru-RU"/>
              </w:rPr>
              <w:t>_</w:t>
            </w:r>
            <w:r w:rsidRPr="004E333F">
              <w:rPr>
                <w:sz w:val="21"/>
                <w:lang w:val="ru-RU"/>
              </w:rPr>
              <w:t>_</w:t>
            </w:r>
            <w:r w:rsidR="00E75697">
              <w:rPr>
                <w:sz w:val="21"/>
                <w:lang w:val="ru-RU"/>
              </w:rPr>
              <w:t>_______</w:t>
            </w:r>
            <w:r w:rsidR="007543EA" w:rsidRPr="007543EA">
              <w:rPr>
                <w:sz w:val="21"/>
                <w:u w:val="single"/>
                <w:lang w:val="ru-RU"/>
              </w:rPr>
              <w:t xml:space="preserve"> С. Б. Иванова</w:t>
            </w:r>
          </w:p>
          <w:permEnd w:id="2010343190"/>
          <w:p w14:paraId="3734BA1F" w14:textId="77777777" w:rsidR="00554381" w:rsidRPr="004E333F" w:rsidRDefault="00554381" w:rsidP="00B75DF9">
            <w:pPr>
              <w:spacing w:after="160"/>
              <w:rPr>
                <w:lang w:val="ru-RU"/>
              </w:rPr>
            </w:pPr>
            <w:r w:rsidRPr="004E333F">
              <w:rPr>
                <w:sz w:val="15"/>
                <w:lang w:val="ru-RU"/>
              </w:rPr>
              <w:t xml:space="preserve">личная подпись    </w:t>
            </w:r>
            <w:r>
              <w:rPr>
                <w:sz w:val="15"/>
                <w:lang w:val="ru-RU"/>
              </w:rPr>
              <w:t xml:space="preserve"> </w:t>
            </w:r>
            <w:r w:rsidRPr="004E333F">
              <w:rPr>
                <w:sz w:val="15"/>
                <w:lang w:val="ru-RU"/>
              </w:rPr>
              <w:t>инициалы имени, отчества (при наличии), фамилия</w:t>
            </w:r>
          </w:p>
          <w:p w14:paraId="7CD511B2" w14:textId="77777777" w:rsidR="00554381" w:rsidRPr="009D58FC" w:rsidRDefault="00554381" w:rsidP="00B75DF9">
            <w:pPr>
              <w:rPr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МП</w:t>
            </w:r>
          </w:p>
        </w:tc>
        <w:tc>
          <w:tcPr>
            <w:tcW w:w="25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14E316" w14:textId="77777777" w:rsidR="00554381" w:rsidRDefault="00554381" w:rsidP="00B75DF9"/>
        </w:tc>
        <w:tc>
          <w:tcPr>
            <w:tcW w:w="509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2D052FD" w14:textId="648FF3CD" w:rsidR="00554381" w:rsidRPr="00D11762" w:rsidRDefault="00554381" w:rsidP="00554381">
            <w:pPr>
              <w:jc w:val="center"/>
              <w:rPr>
                <w:b/>
                <w:bCs/>
                <w:sz w:val="22"/>
                <w:szCs w:val="24"/>
                <w:lang w:val="ru-RU"/>
              </w:rPr>
            </w:pPr>
            <w:r w:rsidRPr="00D11762">
              <w:rPr>
                <w:b/>
                <w:bCs/>
                <w:sz w:val="22"/>
                <w:lang w:val="ru-RU"/>
              </w:rPr>
              <w:t>Автор</w:t>
            </w:r>
          </w:p>
          <w:p w14:paraId="59C5BAB0" w14:textId="1F819BB2" w:rsidR="00554381" w:rsidRDefault="00554381" w:rsidP="00554381">
            <w:pPr>
              <w:rPr>
                <w:lang w:val="ru-RU"/>
              </w:rPr>
            </w:pPr>
          </w:p>
          <w:p w14:paraId="4A3EBFC6" w14:textId="280588A2" w:rsidR="00554381" w:rsidRPr="004E333F" w:rsidRDefault="006D744B" w:rsidP="00554381">
            <w:pPr>
              <w:rPr>
                <w:lang w:val="ru-RU"/>
              </w:rPr>
            </w:pPr>
            <w:permStart w:id="1796030657" w:edGrp="everyone"/>
            <w:r>
              <w:rPr>
                <w:lang w:val="ru-RU"/>
              </w:rPr>
              <w:t>___________________________________</w:t>
            </w:r>
          </w:p>
          <w:permEnd w:id="1796030657"/>
          <w:p w14:paraId="51B2FDF2" w14:textId="644FED0A" w:rsidR="00554381" w:rsidRPr="00554381" w:rsidRDefault="00554381" w:rsidP="006D744B">
            <w:pPr>
              <w:ind w:hanging="234"/>
              <w:jc w:val="center"/>
              <w:rPr>
                <w:sz w:val="15"/>
                <w:szCs w:val="15"/>
                <w:lang w:val="ru-RU"/>
              </w:rPr>
            </w:pPr>
            <w:r w:rsidRPr="00433659">
              <w:rPr>
                <w:sz w:val="15"/>
                <w:szCs w:val="15"/>
                <w:lang w:val="ru-RU"/>
              </w:rPr>
              <w:t>фамилия, имя, отчество (при наличии)</w:t>
            </w:r>
          </w:p>
          <w:p w14:paraId="71C14BB0" w14:textId="77777777" w:rsidR="00554381" w:rsidRDefault="00554381" w:rsidP="00B75DF9">
            <w:pPr>
              <w:rPr>
                <w:sz w:val="20"/>
                <w:szCs w:val="20"/>
                <w:lang w:val="ru-RU"/>
              </w:rPr>
            </w:pPr>
          </w:p>
          <w:p w14:paraId="6AA299BB" w14:textId="7FAB82AE" w:rsidR="00554381" w:rsidRPr="00BA563E" w:rsidRDefault="00554381" w:rsidP="00B75DF9">
            <w:pPr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 xml:space="preserve">место жительства: </w:t>
            </w:r>
            <w:permStart w:id="440630020" w:edGrp="everyone"/>
            <w:r w:rsidRPr="00BA563E">
              <w:rPr>
                <w:sz w:val="20"/>
                <w:szCs w:val="20"/>
                <w:lang w:val="ru-RU"/>
              </w:rPr>
              <w:t>______________________</w:t>
            </w:r>
          </w:p>
          <w:p w14:paraId="7AF083C1" w14:textId="2DF875C2" w:rsidR="00554381" w:rsidRPr="00BA563E" w:rsidRDefault="00554381" w:rsidP="00B75DF9">
            <w:pPr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__________________________________</w:t>
            </w:r>
            <w:r w:rsidR="00E00DD0">
              <w:rPr>
                <w:sz w:val="20"/>
                <w:szCs w:val="20"/>
                <w:lang w:val="ru-RU"/>
              </w:rPr>
              <w:t>____</w:t>
            </w:r>
          </w:p>
          <w:p w14:paraId="77FB87BC" w14:textId="2596CC36" w:rsidR="00554381" w:rsidRPr="00BA563E" w:rsidRDefault="00554381" w:rsidP="00B75DF9">
            <w:pPr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__________________________________</w:t>
            </w:r>
            <w:r w:rsidR="00E00DD0">
              <w:rPr>
                <w:sz w:val="20"/>
                <w:szCs w:val="20"/>
                <w:lang w:val="ru-RU"/>
              </w:rPr>
              <w:t>____</w:t>
            </w:r>
          </w:p>
          <w:permEnd w:id="440630020"/>
          <w:p w14:paraId="0793249F" w14:textId="79E1C2B7" w:rsidR="00554381" w:rsidRPr="00BA563E" w:rsidRDefault="00861EA1" w:rsidP="00B75DF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E401C3">
              <w:rPr>
                <w:sz w:val="20"/>
                <w:szCs w:val="20"/>
                <w:lang w:val="ru-RU"/>
              </w:rPr>
              <w:t>окумент, удостоверяющий личность</w:t>
            </w:r>
            <w:r w:rsidR="00554381" w:rsidRPr="00BA563E">
              <w:rPr>
                <w:sz w:val="20"/>
                <w:szCs w:val="20"/>
                <w:lang w:val="ru-RU"/>
              </w:rPr>
              <w:t xml:space="preserve"> </w:t>
            </w:r>
            <w:r w:rsidR="00E401C3">
              <w:rPr>
                <w:sz w:val="20"/>
                <w:szCs w:val="20"/>
                <w:lang w:val="ru-RU"/>
              </w:rPr>
              <w:br/>
            </w:r>
            <w:r w:rsidR="00554381" w:rsidRPr="00BA563E">
              <w:rPr>
                <w:sz w:val="20"/>
                <w:szCs w:val="20"/>
                <w:lang w:val="ru-RU"/>
              </w:rPr>
              <w:t>(серия, номер, кем и когда выдан):</w:t>
            </w:r>
          </w:p>
          <w:p w14:paraId="32F09BD7" w14:textId="25B63FFE" w:rsidR="00554381" w:rsidRPr="00BA563E" w:rsidRDefault="00554381" w:rsidP="00B75DF9">
            <w:pPr>
              <w:rPr>
                <w:sz w:val="20"/>
                <w:szCs w:val="20"/>
                <w:lang w:val="ru-RU"/>
              </w:rPr>
            </w:pPr>
            <w:permStart w:id="1882211598" w:edGrp="everyone"/>
            <w:r w:rsidRPr="00BA563E">
              <w:rPr>
                <w:sz w:val="20"/>
                <w:szCs w:val="20"/>
                <w:lang w:val="ru-RU"/>
              </w:rPr>
              <w:t>__________________________________</w:t>
            </w:r>
            <w:r w:rsidR="00E00DD0">
              <w:rPr>
                <w:sz w:val="20"/>
                <w:szCs w:val="20"/>
                <w:lang w:val="ru-RU"/>
              </w:rPr>
              <w:t>____</w:t>
            </w:r>
          </w:p>
          <w:p w14:paraId="539743CC" w14:textId="548C6B9E" w:rsidR="00554381" w:rsidRPr="00BA563E" w:rsidRDefault="00554381" w:rsidP="00B75DF9">
            <w:pPr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__________________________________</w:t>
            </w:r>
            <w:r w:rsidR="00E00DD0">
              <w:rPr>
                <w:sz w:val="20"/>
                <w:szCs w:val="20"/>
                <w:lang w:val="ru-RU"/>
              </w:rPr>
              <w:t>____</w:t>
            </w:r>
          </w:p>
          <w:p w14:paraId="6D10C7E4" w14:textId="70EAD779" w:rsidR="00554381" w:rsidRPr="00BA563E" w:rsidRDefault="00554381" w:rsidP="00B75DF9">
            <w:pPr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>__________________________________</w:t>
            </w:r>
            <w:r w:rsidR="00E00DD0">
              <w:rPr>
                <w:sz w:val="20"/>
                <w:szCs w:val="20"/>
                <w:lang w:val="ru-RU"/>
              </w:rPr>
              <w:t>____</w:t>
            </w:r>
          </w:p>
          <w:permEnd w:id="1882211598"/>
          <w:p w14:paraId="37D16D6A" w14:textId="4FED6E97" w:rsidR="00554381" w:rsidRPr="00BA563E" w:rsidRDefault="00554381" w:rsidP="00B75DF9">
            <w:pPr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 xml:space="preserve">телефон: </w:t>
            </w:r>
            <w:permStart w:id="2071467622" w:edGrp="everyone"/>
            <w:r w:rsidRPr="00BA563E">
              <w:rPr>
                <w:sz w:val="20"/>
                <w:szCs w:val="20"/>
                <w:lang w:val="ru-RU"/>
              </w:rPr>
              <w:t>__________________________</w:t>
            </w:r>
            <w:r w:rsidR="00E00DD0">
              <w:rPr>
                <w:sz w:val="20"/>
                <w:szCs w:val="20"/>
                <w:lang w:val="ru-RU"/>
              </w:rPr>
              <w:t>____</w:t>
            </w:r>
            <w:permEnd w:id="2071467622"/>
          </w:p>
          <w:p w14:paraId="785F5173" w14:textId="5522867E" w:rsidR="00554381" w:rsidRDefault="00554381" w:rsidP="00FB236A">
            <w:pPr>
              <w:rPr>
                <w:sz w:val="20"/>
                <w:szCs w:val="20"/>
                <w:lang w:val="ru-RU"/>
              </w:rPr>
            </w:pPr>
            <w:r w:rsidRPr="00BA563E">
              <w:rPr>
                <w:sz w:val="20"/>
                <w:szCs w:val="20"/>
                <w:lang w:val="ru-RU"/>
              </w:rPr>
              <w:t xml:space="preserve">адрес электронной почты: </w:t>
            </w:r>
            <w:permStart w:id="1145834274" w:edGrp="everyone"/>
            <w:r w:rsidRPr="00BA563E">
              <w:rPr>
                <w:sz w:val="20"/>
                <w:szCs w:val="20"/>
                <w:lang w:val="ru-RU"/>
              </w:rPr>
              <w:t>______________</w:t>
            </w:r>
            <w:r w:rsidR="00E00DD0">
              <w:rPr>
                <w:sz w:val="20"/>
                <w:szCs w:val="20"/>
                <w:lang w:val="ru-RU"/>
              </w:rPr>
              <w:t>__</w:t>
            </w:r>
            <w:r w:rsidR="00E00DD0">
              <w:rPr>
                <w:sz w:val="20"/>
                <w:szCs w:val="20"/>
                <w:lang w:val="ru-RU"/>
              </w:rPr>
              <w:br/>
              <w:t>_______________________________________</w:t>
            </w:r>
            <w:permEnd w:id="1145834274"/>
          </w:p>
          <w:p w14:paraId="53525CD3" w14:textId="1FD25F32" w:rsidR="00FB236A" w:rsidRDefault="00FB236A" w:rsidP="00FB236A">
            <w:pPr>
              <w:rPr>
                <w:sz w:val="20"/>
                <w:szCs w:val="20"/>
                <w:lang w:val="ru-RU"/>
              </w:rPr>
            </w:pPr>
          </w:p>
          <w:p w14:paraId="649AB6E3" w14:textId="1E67055F" w:rsidR="00FB236A" w:rsidRDefault="00FB236A" w:rsidP="00FB236A">
            <w:pPr>
              <w:rPr>
                <w:sz w:val="20"/>
                <w:szCs w:val="20"/>
                <w:lang w:val="ru-RU"/>
              </w:rPr>
            </w:pPr>
          </w:p>
          <w:p w14:paraId="4CE95C3D" w14:textId="2F8464D5" w:rsidR="00FB236A" w:rsidRDefault="00FB236A" w:rsidP="00FB236A">
            <w:pPr>
              <w:rPr>
                <w:sz w:val="20"/>
                <w:szCs w:val="20"/>
                <w:lang w:val="ru-RU"/>
              </w:rPr>
            </w:pPr>
          </w:p>
          <w:p w14:paraId="051CFC99" w14:textId="77777777" w:rsidR="00FB236A" w:rsidRPr="00E75697" w:rsidRDefault="00FB236A" w:rsidP="00FB236A">
            <w:pPr>
              <w:rPr>
                <w:sz w:val="22"/>
                <w:szCs w:val="28"/>
                <w:lang w:val="ru-RU"/>
              </w:rPr>
            </w:pPr>
          </w:p>
          <w:p w14:paraId="7BC48FBA" w14:textId="77777777" w:rsidR="00554381" w:rsidRPr="004E333F" w:rsidRDefault="00554381" w:rsidP="00FB236A">
            <w:pPr>
              <w:rPr>
                <w:lang w:val="ru-RU"/>
              </w:rPr>
            </w:pPr>
            <w:permStart w:id="6187311" w:edGrp="everyone"/>
            <w:r w:rsidRPr="004E333F">
              <w:rPr>
                <w:sz w:val="21"/>
                <w:lang w:val="ru-RU"/>
              </w:rPr>
              <w:t>________________</w:t>
            </w:r>
            <w:r>
              <w:rPr>
                <w:sz w:val="21"/>
                <w:lang w:val="ru-RU"/>
              </w:rPr>
              <w:t>__</w:t>
            </w:r>
            <w:r w:rsidRPr="004E333F">
              <w:rPr>
                <w:sz w:val="21"/>
                <w:lang w:val="ru-RU"/>
              </w:rPr>
              <w:t>___________________________</w:t>
            </w:r>
            <w:r>
              <w:rPr>
                <w:sz w:val="21"/>
                <w:lang w:val="ru-RU"/>
              </w:rPr>
              <w:t>__</w:t>
            </w:r>
          </w:p>
          <w:permEnd w:id="6187311"/>
          <w:p w14:paraId="3ECAC297" w14:textId="77777777" w:rsidR="00554381" w:rsidRPr="004E333F" w:rsidRDefault="00554381" w:rsidP="00B75DF9">
            <w:pPr>
              <w:ind w:firstLine="325"/>
              <w:rPr>
                <w:lang w:val="ru-RU"/>
              </w:rPr>
            </w:pPr>
            <w:r w:rsidRPr="004E333F">
              <w:rPr>
                <w:sz w:val="15"/>
                <w:lang w:val="ru-RU"/>
              </w:rPr>
              <w:t>личная подпись</w:t>
            </w:r>
            <w:r>
              <w:rPr>
                <w:sz w:val="15"/>
                <w:lang w:val="ru-RU"/>
              </w:rPr>
              <w:t xml:space="preserve">         </w:t>
            </w:r>
            <w:r w:rsidRPr="004E333F">
              <w:rPr>
                <w:sz w:val="15"/>
                <w:lang w:val="ru-RU"/>
              </w:rPr>
              <w:t>инициалы имени, отчества (при наличии),</w:t>
            </w:r>
            <w:r>
              <w:rPr>
                <w:sz w:val="15"/>
                <w:lang w:val="ru-RU"/>
              </w:rPr>
              <w:t xml:space="preserve"> </w:t>
            </w:r>
            <w:r w:rsidRPr="004E333F">
              <w:rPr>
                <w:sz w:val="15"/>
                <w:lang w:val="ru-RU"/>
              </w:rPr>
              <w:t>фамилия</w:t>
            </w:r>
          </w:p>
        </w:tc>
      </w:tr>
    </w:tbl>
    <w:p w14:paraId="3B71BA3F" w14:textId="77777777" w:rsidR="00374FD1" w:rsidRPr="00476585" w:rsidRDefault="00374FD1" w:rsidP="00476585">
      <w:pPr>
        <w:rPr>
          <w:lang w:val="ru-RU"/>
        </w:rPr>
      </w:pPr>
    </w:p>
    <w:sectPr w:rsidR="00374FD1" w:rsidRPr="00476585" w:rsidSect="00E53E2D">
      <w:headerReference w:type="default" r:id="rId8"/>
      <w:footerReference w:type="default" r:id="rId9"/>
      <w:pgSz w:w="12240" w:h="15840"/>
      <w:pgMar w:top="1134" w:right="567" w:bottom="1134" w:left="113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31C5C" w14:textId="77777777" w:rsidR="00E463C7" w:rsidRDefault="00E463C7">
      <w:r>
        <w:separator/>
      </w:r>
    </w:p>
  </w:endnote>
  <w:endnote w:type="continuationSeparator" w:id="0">
    <w:p w14:paraId="571009C8" w14:textId="77777777" w:rsidR="00E463C7" w:rsidRDefault="00E46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E116" w14:textId="6A0403D1" w:rsidR="00952FE8" w:rsidRDefault="00952FE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50D12" w14:textId="77777777" w:rsidR="00E463C7" w:rsidRDefault="00E463C7">
      <w:r>
        <w:separator/>
      </w:r>
    </w:p>
  </w:footnote>
  <w:footnote w:type="continuationSeparator" w:id="0">
    <w:p w14:paraId="4CF76597" w14:textId="77777777" w:rsidR="00E463C7" w:rsidRDefault="00E46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935579"/>
      <w:docPartObj>
        <w:docPartGallery w:val="Page Numbers (Top of Page)"/>
        <w:docPartUnique/>
      </w:docPartObj>
    </w:sdtPr>
    <w:sdtEndPr>
      <w:rPr>
        <w:sz w:val="22"/>
        <w:szCs w:val="20"/>
      </w:rPr>
    </w:sdtEndPr>
    <w:sdtContent>
      <w:p w14:paraId="64101379" w14:textId="220EC3BC" w:rsidR="00BB612A" w:rsidRPr="00BB612A" w:rsidRDefault="00BB612A">
        <w:pPr>
          <w:pStyle w:val="a5"/>
          <w:jc w:val="center"/>
          <w:rPr>
            <w:sz w:val="22"/>
            <w:szCs w:val="20"/>
          </w:rPr>
        </w:pPr>
        <w:r w:rsidRPr="00BB612A">
          <w:rPr>
            <w:sz w:val="22"/>
            <w:szCs w:val="20"/>
          </w:rPr>
          <w:fldChar w:fldCharType="begin"/>
        </w:r>
        <w:r w:rsidRPr="00BB612A">
          <w:rPr>
            <w:sz w:val="22"/>
            <w:szCs w:val="20"/>
          </w:rPr>
          <w:instrText>PAGE   \* MERGEFORMAT</w:instrText>
        </w:r>
        <w:r w:rsidRPr="00BB612A">
          <w:rPr>
            <w:sz w:val="22"/>
            <w:szCs w:val="20"/>
          </w:rPr>
          <w:fldChar w:fldCharType="separate"/>
        </w:r>
        <w:r w:rsidR="00726F23" w:rsidRPr="00726F23">
          <w:rPr>
            <w:noProof/>
            <w:sz w:val="22"/>
            <w:szCs w:val="20"/>
            <w:lang w:val="ru-RU"/>
          </w:rPr>
          <w:t>2</w:t>
        </w:r>
        <w:r w:rsidRPr="00BB612A">
          <w:rPr>
            <w:sz w:val="22"/>
            <w:szCs w:val="20"/>
          </w:rPr>
          <w:fldChar w:fldCharType="end"/>
        </w:r>
      </w:p>
    </w:sdtContent>
  </w:sdt>
  <w:p w14:paraId="151718B9" w14:textId="77777777" w:rsidR="00BB612A" w:rsidRDefault="00BB61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sHF2/8rEk08Dj/oXckRcPO5W4bly4BJQ1BjZBYU6JpEj0x4W1peqPls5KgSnUyyp0hooSi3wcUZMauc2vgE4Q==" w:salt="j/WPo9gigiJ/+gJjyaW7/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4CC"/>
    <w:rsid w:val="0006063C"/>
    <w:rsid w:val="0006321E"/>
    <w:rsid w:val="00073191"/>
    <w:rsid w:val="0007633A"/>
    <w:rsid w:val="000A4064"/>
    <w:rsid w:val="000B6152"/>
    <w:rsid w:val="000E48B8"/>
    <w:rsid w:val="00144652"/>
    <w:rsid w:val="0015074B"/>
    <w:rsid w:val="001626C7"/>
    <w:rsid w:val="001D52D5"/>
    <w:rsid w:val="001D66EB"/>
    <w:rsid w:val="0021187A"/>
    <w:rsid w:val="00220394"/>
    <w:rsid w:val="00223988"/>
    <w:rsid w:val="00225B3E"/>
    <w:rsid w:val="00253FD3"/>
    <w:rsid w:val="0029639D"/>
    <w:rsid w:val="002978F0"/>
    <w:rsid w:val="002A03A1"/>
    <w:rsid w:val="002A3D8D"/>
    <w:rsid w:val="002C6A52"/>
    <w:rsid w:val="00317B70"/>
    <w:rsid w:val="00326F90"/>
    <w:rsid w:val="00345652"/>
    <w:rsid w:val="00351C01"/>
    <w:rsid w:val="00365376"/>
    <w:rsid w:val="00372775"/>
    <w:rsid w:val="00374FD1"/>
    <w:rsid w:val="0038209A"/>
    <w:rsid w:val="003A5016"/>
    <w:rsid w:val="00413C36"/>
    <w:rsid w:val="00433659"/>
    <w:rsid w:val="00435A14"/>
    <w:rsid w:val="00472B2B"/>
    <w:rsid w:val="00476585"/>
    <w:rsid w:val="004803E2"/>
    <w:rsid w:val="0048316C"/>
    <w:rsid w:val="004A2558"/>
    <w:rsid w:val="004E333F"/>
    <w:rsid w:val="004E6DBC"/>
    <w:rsid w:val="004F6973"/>
    <w:rsid w:val="00510277"/>
    <w:rsid w:val="00526A2C"/>
    <w:rsid w:val="00536F03"/>
    <w:rsid w:val="00554381"/>
    <w:rsid w:val="00554E0D"/>
    <w:rsid w:val="0055727B"/>
    <w:rsid w:val="0059177C"/>
    <w:rsid w:val="005A67A3"/>
    <w:rsid w:val="005F2CC3"/>
    <w:rsid w:val="005F5859"/>
    <w:rsid w:val="00603806"/>
    <w:rsid w:val="006115CB"/>
    <w:rsid w:val="00620194"/>
    <w:rsid w:val="00646431"/>
    <w:rsid w:val="00646E7B"/>
    <w:rsid w:val="00665172"/>
    <w:rsid w:val="006901AD"/>
    <w:rsid w:val="006A2477"/>
    <w:rsid w:val="006D744B"/>
    <w:rsid w:val="006F7E57"/>
    <w:rsid w:val="00725666"/>
    <w:rsid w:val="00726F23"/>
    <w:rsid w:val="00747F64"/>
    <w:rsid w:val="007543EA"/>
    <w:rsid w:val="0078057A"/>
    <w:rsid w:val="007856BB"/>
    <w:rsid w:val="007C06B8"/>
    <w:rsid w:val="007C4637"/>
    <w:rsid w:val="007E45CA"/>
    <w:rsid w:val="007F38A0"/>
    <w:rsid w:val="00825BDD"/>
    <w:rsid w:val="00826611"/>
    <w:rsid w:val="008509DD"/>
    <w:rsid w:val="00861EA1"/>
    <w:rsid w:val="008646A2"/>
    <w:rsid w:val="008821FB"/>
    <w:rsid w:val="0088414A"/>
    <w:rsid w:val="008A7441"/>
    <w:rsid w:val="00916748"/>
    <w:rsid w:val="009507FB"/>
    <w:rsid w:val="00952FE8"/>
    <w:rsid w:val="00991040"/>
    <w:rsid w:val="00994A84"/>
    <w:rsid w:val="009D58FC"/>
    <w:rsid w:val="00A334B7"/>
    <w:rsid w:val="00A4316B"/>
    <w:rsid w:val="00A73336"/>
    <w:rsid w:val="00AA1D8D"/>
    <w:rsid w:val="00AA4CF4"/>
    <w:rsid w:val="00AD1ECD"/>
    <w:rsid w:val="00B1433F"/>
    <w:rsid w:val="00B47730"/>
    <w:rsid w:val="00B914D1"/>
    <w:rsid w:val="00BA563E"/>
    <w:rsid w:val="00BB612A"/>
    <w:rsid w:val="00C3016E"/>
    <w:rsid w:val="00C55226"/>
    <w:rsid w:val="00C61C6C"/>
    <w:rsid w:val="00CB0664"/>
    <w:rsid w:val="00D11762"/>
    <w:rsid w:val="00D657A2"/>
    <w:rsid w:val="00D66524"/>
    <w:rsid w:val="00DF5556"/>
    <w:rsid w:val="00E00DD0"/>
    <w:rsid w:val="00E401C3"/>
    <w:rsid w:val="00E463C7"/>
    <w:rsid w:val="00E53E2D"/>
    <w:rsid w:val="00E75697"/>
    <w:rsid w:val="00E76BA4"/>
    <w:rsid w:val="00E8096D"/>
    <w:rsid w:val="00F149F4"/>
    <w:rsid w:val="00F457B0"/>
    <w:rsid w:val="00F5087C"/>
    <w:rsid w:val="00F65277"/>
    <w:rsid w:val="00FB236A"/>
    <w:rsid w:val="00FB6CAD"/>
    <w:rsid w:val="00FC693F"/>
    <w:rsid w:val="00FF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9CF37"/>
  <w14:defaultImageDpi w14:val="300"/>
  <w15:docId w15:val="{2A05527E-42DD-4027-BFBC-12FF6605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756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8747EC-5684-42C9-85DF-6A152D53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2550</Words>
  <Characters>14540</Characters>
  <Application>Microsoft Office Word</Application>
  <DocSecurity>8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keywords/>
  <dc:description/>
  <cp:lastModifiedBy>User</cp:lastModifiedBy>
  <cp:revision>2</cp:revision>
  <dcterms:created xsi:type="dcterms:W3CDTF">2026-10-06T13:54:00Z</dcterms:created>
  <dcterms:modified xsi:type="dcterms:W3CDTF">2026-10-06T13:54:00Z</dcterms:modified>
  <cp:category/>
</cp:coreProperties>
</file>